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71F8" w14:textId="1B4FE919" w:rsidR="0071409D" w:rsidRDefault="00B55410">
      <w:r>
        <w:rPr>
          <w:noProof/>
        </w:rPr>
        <w:drawing>
          <wp:inline distT="0" distB="0" distL="0" distR="0" wp14:anchorId="67EFD62C" wp14:editId="59651201">
            <wp:extent cx="6485255" cy="2192655"/>
            <wp:effectExtent l="0" t="0" r="0" b="0"/>
            <wp:docPr id="15873916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255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12A09" w14:textId="77777777" w:rsidR="0071409D" w:rsidRDefault="001C58FC">
      <w:pPr>
        <w:jc w:val="center"/>
      </w:pPr>
      <w:r>
        <w:rPr>
          <w:b/>
          <w:color w:val="B88C39"/>
          <w:sz w:val="48"/>
        </w:rPr>
        <w:t>CORPORATE DOSSIER</w:t>
      </w:r>
    </w:p>
    <w:p w14:paraId="62D66752" w14:textId="77777777" w:rsidR="0071409D" w:rsidRDefault="001C58FC">
      <w:pPr>
        <w:jc w:val="center"/>
      </w:pPr>
      <w:r>
        <w:rPr>
          <w:b/>
          <w:sz w:val="36"/>
        </w:rPr>
        <w:t>PROTOCEM – TOPOGRAPHIC &amp; CONSTRUCTION PROJECTS</w:t>
      </w:r>
    </w:p>
    <w:p w14:paraId="56469CA3" w14:textId="77777777" w:rsidR="0071409D" w:rsidRPr="006D29B3" w:rsidRDefault="001C58FC">
      <w:pPr>
        <w:jc w:val="center"/>
        <w:rPr>
          <w:lang w:val="es-MX"/>
        </w:rPr>
      </w:pPr>
      <w:r w:rsidRPr="006D29B3">
        <w:rPr>
          <w:lang w:val="es-MX"/>
        </w:rPr>
        <w:t>Aguascalientes, Mexico</w:t>
      </w:r>
      <w:r w:rsidRPr="006D29B3">
        <w:rPr>
          <w:lang w:val="es-MX"/>
        </w:rPr>
        <w:br/>
        <w:t>RFC: MACC840025F92</w:t>
      </w:r>
      <w:r w:rsidRPr="006D29B3">
        <w:rPr>
          <w:lang w:val="es-MX"/>
        </w:rPr>
        <w:br/>
        <w:t>protocem@hotmail.com | +52 449-137-29-71</w:t>
      </w:r>
    </w:p>
    <w:p w14:paraId="6DF40FF9" w14:textId="77777777" w:rsidR="0071409D" w:rsidRPr="006D29B3" w:rsidRDefault="001C58FC">
      <w:pPr>
        <w:rPr>
          <w:lang w:val="es-MX"/>
        </w:rPr>
      </w:pPr>
      <w:r w:rsidRPr="006D29B3">
        <w:rPr>
          <w:lang w:val="es-MX"/>
        </w:rPr>
        <w:br w:type="page"/>
      </w:r>
    </w:p>
    <w:p w14:paraId="4715BFD6" w14:textId="77777777" w:rsidR="0071409D" w:rsidRDefault="001C58FC">
      <w:r>
        <w:rPr>
          <w:b/>
          <w:color w:val="B88C39"/>
          <w:sz w:val="32"/>
        </w:rPr>
        <w:lastRenderedPageBreak/>
        <w:t>CORPORATE PROFILE</w:t>
      </w:r>
    </w:p>
    <w:p w14:paraId="286D62AA" w14:textId="77777777" w:rsidR="0071409D" w:rsidRDefault="001C58FC">
      <w:r>
        <w:rPr>
          <w:color w:val="232323"/>
          <w:sz w:val="21"/>
        </w:rPr>
        <w:t>PROTOCEM is a Mexican company specialized in civil, industrial, urban, hydraulic and energy infrastructure projects. The company has extensive experience in public and private sector construction, executing large-scale developments with high standards of quality, operational efficiency and technical compliance.</w:t>
      </w:r>
    </w:p>
    <w:p w14:paraId="076ED925" w14:textId="77777777" w:rsidR="0071409D" w:rsidRDefault="001C58FC">
      <w:r>
        <w:rPr>
          <w:b/>
          <w:color w:val="B88C39"/>
          <w:sz w:val="32"/>
        </w:rPr>
        <w:t>CORE SERVICES</w:t>
      </w:r>
    </w:p>
    <w:p w14:paraId="428D1B8F" w14:textId="77777777" w:rsidR="0071409D" w:rsidRDefault="001C58FC">
      <w:pPr>
        <w:pStyle w:val="Listaconvietas"/>
      </w:pPr>
      <w:r>
        <w:t>Industrial building construction and expansion</w:t>
      </w:r>
    </w:p>
    <w:p w14:paraId="3A6722DA" w14:textId="77777777" w:rsidR="0071409D" w:rsidRDefault="001C58FC">
      <w:pPr>
        <w:pStyle w:val="Listaconvietas"/>
      </w:pPr>
      <w:r>
        <w:t>Hydraulic and sanitary infrastructure</w:t>
      </w:r>
    </w:p>
    <w:p w14:paraId="21B0E03C" w14:textId="77777777" w:rsidR="0071409D" w:rsidRDefault="001C58FC">
      <w:pPr>
        <w:pStyle w:val="Listaconvietas"/>
      </w:pPr>
      <w:r>
        <w:t>Urbanization and paving works</w:t>
      </w:r>
    </w:p>
    <w:p w14:paraId="19972BE0" w14:textId="77777777" w:rsidR="0071409D" w:rsidRDefault="001C58FC">
      <w:pPr>
        <w:pStyle w:val="Listaconvietas"/>
      </w:pPr>
      <w:r>
        <w:t>Earthworks and road infrastructure</w:t>
      </w:r>
    </w:p>
    <w:p w14:paraId="577AEE31" w14:textId="77777777" w:rsidR="0071409D" w:rsidRDefault="001C58FC">
      <w:pPr>
        <w:pStyle w:val="Listaconvietas"/>
      </w:pPr>
      <w:r>
        <w:t>Wastewater treatment plants</w:t>
      </w:r>
    </w:p>
    <w:p w14:paraId="2210A206" w14:textId="77777777" w:rsidR="0071409D" w:rsidRDefault="001C58FC">
      <w:pPr>
        <w:pStyle w:val="Listaconvietas"/>
      </w:pPr>
      <w:r>
        <w:t>Steel structures and roofing systems</w:t>
      </w:r>
    </w:p>
    <w:p w14:paraId="732479F2" w14:textId="77777777" w:rsidR="0071409D" w:rsidRDefault="001C58FC">
      <w:pPr>
        <w:pStyle w:val="Listaconvietas"/>
      </w:pPr>
      <w:r>
        <w:t>Educational and medical infrastructure</w:t>
      </w:r>
    </w:p>
    <w:p w14:paraId="59673AD7" w14:textId="77777777" w:rsidR="0071409D" w:rsidRDefault="001C58FC">
      <w:pPr>
        <w:pStyle w:val="Listaconvietas"/>
      </w:pPr>
      <w:r>
        <w:t>Electrical, voice and data systems</w:t>
      </w:r>
    </w:p>
    <w:p w14:paraId="684922BE" w14:textId="77777777" w:rsidR="0071409D" w:rsidRDefault="001C58FC">
      <w:pPr>
        <w:pStyle w:val="Listaconvietas"/>
      </w:pPr>
      <w:r>
        <w:t>Commercial and residential construction</w:t>
      </w:r>
    </w:p>
    <w:p w14:paraId="58C6CEA7" w14:textId="77777777" w:rsidR="0071409D" w:rsidRDefault="001C58FC">
      <w:pPr>
        <w:pStyle w:val="Listaconvietas"/>
      </w:pPr>
      <w:r>
        <w:t>Construction consulting and supervision</w:t>
      </w:r>
    </w:p>
    <w:p w14:paraId="5DF2D1A1" w14:textId="77777777" w:rsidR="0071409D" w:rsidRDefault="001C58FC">
      <w:r>
        <w:br w:type="page"/>
      </w:r>
    </w:p>
    <w:p w14:paraId="4760FC15" w14:textId="77777777" w:rsidR="0071409D" w:rsidRDefault="001C58FC">
      <w:r>
        <w:rPr>
          <w:b/>
          <w:color w:val="B88C39"/>
          <w:sz w:val="32"/>
        </w:rPr>
        <w:lastRenderedPageBreak/>
        <w:t>EXECUTED PROJECTS</w:t>
      </w:r>
    </w:p>
    <w:p w14:paraId="6EB38F5D" w14:textId="77777777" w:rsidR="0071409D" w:rsidRDefault="001C58FC">
      <w:r>
        <w:rPr>
          <w:b/>
          <w:color w:val="B88C39"/>
          <w:sz w:val="26"/>
        </w:rPr>
        <w:t>PROJECT 1</w:t>
      </w:r>
    </w:p>
    <w:p w14:paraId="798FC58A" w14:textId="77777777" w:rsidR="0071409D" w:rsidRDefault="001C58FC">
      <w:r>
        <w:rPr>
          <w:noProof/>
        </w:rPr>
        <w:drawing>
          <wp:inline distT="0" distB="0" distL="0" distR="0" wp14:anchorId="43F78F25" wp14:editId="0B3B574F">
            <wp:extent cx="5212080" cy="3112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9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A288F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412BF4F" w14:textId="77777777" w:rsidR="0071409D" w:rsidRDefault="001C58FC">
      <w:r>
        <w:rPr>
          <w:b/>
          <w:color w:val="B88C39"/>
          <w:sz w:val="26"/>
        </w:rPr>
        <w:t>PROJECT 2</w:t>
      </w:r>
    </w:p>
    <w:p w14:paraId="5E41E681" w14:textId="77777777" w:rsidR="0071409D" w:rsidRDefault="001C58FC">
      <w:r>
        <w:rPr>
          <w:noProof/>
        </w:rPr>
        <w:drawing>
          <wp:inline distT="0" distB="0" distL="0" distR="0" wp14:anchorId="7E913581" wp14:editId="23BEA4D4">
            <wp:extent cx="5212080" cy="293179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4D48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2CA2DF1" w14:textId="77777777" w:rsidR="0071409D" w:rsidRDefault="001C58FC">
      <w:r>
        <w:rPr>
          <w:b/>
          <w:color w:val="B88C39"/>
          <w:sz w:val="26"/>
        </w:rPr>
        <w:t>PROJECT 3</w:t>
      </w:r>
    </w:p>
    <w:p w14:paraId="2151236F" w14:textId="77777777" w:rsidR="0071409D" w:rsidRDefault="001C58FC">
      <w:r>
        <w:rPr>
          <w:noProof/>
        </w:rPr>
        <w:lastRenderedPageBreak/>
        <w:drawing>
          <wp:inline distT="0" distB="0" distL="0" distR="0" wp14:anchorId="63C6225E" wp14:editId="432169AF">
            <wp:extent cx="5212080" cy="35844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8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92B9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09A6800" w14:textId="77777777" w:rsidR="0071409D" w:rsidRDefault="001C58FC">
      <w:r>
        <w:rPr>
          <w:b/>
          <w:color w:val="B88C39"/>
          <w:sz w:val="26"/>
        </w:rPr>
        <w:t>PROJECT 4</w:t>
      </w:r>
    </w:p>
    <w:p w14:paraId="3E946C31" w14:textId="77777777" w:rsidR="0071409D" w:rsidRDefault="001C58FC">
      <w:r>
        <w:rPr>
          <w:noProof/>
        </w:rPr>
        <w:drawing>
          <wp:inline distT="0" distB="0" distL="0" distR="0" wp14:anchorId="73E029E0" wp14:editId="79B36544">
            <wp:extent cx="5212080" cy="315883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jpe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5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636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97C3B6F" w14:textId="77777777" w:rsidR="0071409D" w:rsidRDefault="001C58FC">
      <w:r>
        <w:rPr>
          <w:b/>
          <w:color w:val="B88C39"/>
          <w:sz w:val="26"/>
        </w:rPr>
        <w:t>PROJECT 5</w:t>
      </w:r>
    </w:p>
    <w:p w14:paraId="6E00D7D4" w14:textId="77777777" w:rsidR="0071409D" w:rsidRDefault="001C58FC">
      <w:r>
        <w:rPr>
          <w:noProof/>
        </w:rPr>
        <w:lastRenderedPageBreak/>
        <w:drawing>
          <wp:inline distT="0" distB="0" distL="0" distR="0" wp14:anchorId="7240DB4F" wp14:editId="3D2A5E69">
            <wp:extent cx="5212080" cy="198791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jpe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987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4DD4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58A7B10" w14:textId="77777777" w:rsidR="0071409D" w:rsidRDefault="001C58FC">
      <w:r>
        <w:rPr>
          <w:b/>
          <w:color w:val="B88C39"/>
          <w:sz w:val="26"/>
        </w:rPr>
        <w:t>PROJECT 6</w:t>
      </w:r>
    </w:p>
    <w:p w14:paraId="2C9FCF1C" w14:textId="77777777" w:rsidR="0071409D" w:rsidRDefault="001C58FC">
      <w:r>
        <w:rPr>
          <w:noProof/>
        </w:rPr>
        <w:drawing>
          <wp:inline distT="0" distB="0" distL="0" distR="0" wp14:anchorId="1D74AD9A" wp14:editId="20349D0D">
            <wp:extent cx="5212080" cy="293179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0.jpe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924C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A651506" w14:textId="77777777" w:rsidR="0071409D" w:rsidRDefault="001C58FC">
      <w:r>
        <w:rPr>
          <w:b/>
          <w:color w:val="B88C39"/>
          <w:sz w:val="26"/>
        </w:rPr>
        <w:t>PROJECT 7</w:t>
      </w:r>
    </w:p>
    <w:p w14:paraId="42E4777F" w14:textId="77777777" w:rsidR="0071409D" w:rsidRDefault="001C58FC">
      <w:r>
        <w:rPr>
          <w:noProof/>
        </w:rPr>
        <w:lastRenderedPageBreak/>
        <w:drawing>
          <wp:inline distT="0" distB="0" distL="0" distR="0" wp14:anchorId="1D79C6BA" wp14:editId="63C9A097">
            <wp:extent cx="5212080" cy="695432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9.jpe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5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927B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D048200" w14:textId="77777777" w:rsidR="0071409D" w:rsidRDefault="001C58FC">
      <w:r>
        <w:rPr>
          <w:b/>
          <w:color w:val="B88C39"/>
          <w:sz w:val="26"/>
        </w:rPr>
        <w:t>PROJECT 8</w:t>
      </w:r>
    </w:p>
    <w:p w14:paraId="20FC0588" w14:textId="77777777" w:rsidR="0071409D" w:rsidRDefault="001C58FC">
      <w:r>
        <w:rPr>
          <w:noProof/>
        </w:rPr>
        <w:lastRenderedPageBreak/>
        <w:drawing>
          <wp:inline distT="0" distB="0" distL="0" distR="0" wp14:anchorId="4922A496" wp14:editId="5110DF44">
            <wp:extent cx="5212080" cy="521208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e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CE97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045DA92" w14:textId="77777777" w:rsidR="0071409D" w:rsidRDefault="001C58FC">
      <w:r>
        <w:rPr>
          <w:b/>
          <w:color w:val="B88C39"/>
          <w:sz w:val="26"/>
        </w:rPr>
        <w:t>PROJECT 9</w:t>
      </w:r>
    </w:p>
    <w:p w14:paraId="62DEC038" w14:textId="77777777" w:rsidR="0071409D" w:rsidRDefault="001C58FC">
      <w:r>
        <w:rPr>
          <w:noProof/>
        </w:rPr>
        <w:lastRenderedPageBreak/>
        <w:drawing>
          <wp:inline distT="0" distB="0" distL="0" distR="0" wp14:anchorId="0F520634" wp14:editId="58C4ABD7">
            <wp:extent cx="5212080" cy="391196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jpe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1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1127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0AF1FB2" w14:textId="77777777" w:rsidR="0071409D" w:rsidRDefault="001C58FC">
      <w:r>
        <w:rPr>
          <w:b/>
          <w:color w:val="B88C39"/>
          <w:sz w:val="26"/>
        </w:rPr>
        <w:t>PROJECT 10</w:t>
      </w:r>
    </w:p>
    <w:p w14:paraId="095FEB26" w14:textId="77777777" w:rsidR="0071409D" w:rsidRDefault="001C58FC">
      <w:r>
        <w:rPr>
          <w:noProof/>
        </w:rPr>
        <w:drawing>
          <wp:inline distT="0" distB="0" distL="0" distR="0" wp14:anchorId="0C0144BB" wp14:editId="27B66372">
            <wp:extent cx="5212080" cy="39171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jpe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CD178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F8CB911" w14:textId="77777777" w:rsidR="0071409D" w:rsidRDefault="001C58FC">
      <w:r>
        <w:rPr>
          <w:b/>
          <w:color w:val="B88C39"/>
          <w:sz w:val="26"/>
        </w:rPr>
        <w:t>PROJECT 11</w:t>
      </w:r>
    </w:p>
    <w:p w14:paraId="44A49E29" w14:textId="77777777" w:rsidR="0071409D" w:rsidRDefault="001C58FC">
      <w:r>
        <w:rPr>
          <w:noProof/>
        </w:rPr>
        <w:drawing>
          <wp:inline distT="0" distB="0" distL="0" distR="0" wp14:anchorId="1B11D805" wp14:editId="1698F5DC">
            <wp:extent cx="5212080" cy="241989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jpe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419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474B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50D966D" w14:textId="77777777" w:rsidR="0071409D" w:rsidRDefault="001C58FC">
      <w:r>
        <w:rPr>
          <w:b/>
          <w:color w:val="B88C39"/>
          <w:sz w:val="26"/>
        </w:rPr>
        <w:t>PROJECT 12</w:t>
      </w:r>
    </w:p>
    <w:p w14:paraId="45508B45" w14:textId="77777777" w:rsidR="0071409D" w:rsidRDefault="001C58FC">
      <w:r>
        <w:rPr>
          <w:noProof/>
        </w:rPr>
        <w:lastRenderedPageBreak/>
        <w:drawing>
          <wp:inline distT="0" distB="0" distL="0" distR="0" wp14:anchorId="051CBBB0" wp14:editId="3A58FC58">
            <wp:extent cx="5212080" cy="580154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0.jpe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80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BAE5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B5BCBAA" w14:textId="77777777" w:rsidR="0071409D" w:rsidRDefault="001C58FC">
      <w:r>
        <w:rPr>
          <w:b/>
          <w:color w:val="B88C39"/>
          <w:sz w:val="26"/>
        </w:rPr>
        <w:t>PROJECT 13</w:t>
      </w:r>
    </w:p>
    <w:p w14:paraId="0BA14254" w14:textId="77777777" w:rsidR="0071409D" w:rsidRDefault="001C58FC">
      <w:r>
        <w:rPr>
          <w:noProof/>
        </w:rPr>
        <w:lastRenderedPageBreak/>
        <w:drawing>
          <wp:inline distT="0" distB="0" distL="0" distR="0" wp14:anchorId="02D598A9" wp14:editId="574E32F5">
            <wp:extent cx="5212080" cy="2943407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1.jpe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43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A56E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463985B" w14:textId="77777777" w:rsidR="0071409D" w:rsidRDefault="001C58FC">
      <w:r>
        <w:rPr>
          <w:b/>
          <w:color w:val="B88C39"/>
          <w:sz w:val="26"/>
        </w:rPr>
        <w:t>PROJECT 14</w:t>
      </w:r>
    </w:p>
    <w:p w14:paraId="1BD8B1C1" w14:textId="77777777" w:rsidR="0071409D" w:rsidRDefault="001C58FC">
      <w:r>
        <w:rPr>
          <w:noProof/>
        </w:rPr>
        <w:drawing>
          <wp:inline distT="0" distB="0" distL="0" distR="0" wp14:anchorId="6E05B73F" wp14:editId="6C53DF59">
            <wp:extent cx="5212080" cy="2532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jpe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7F2A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E95040E" w14:textId="77777777" w:rsidR="0071409D" w:rsidRDefault="001C58FC">
      <w:r>
        <w:rPr>
          <w:b/>
          <w:color w:val="B88C39"/>
          <w:sz w:val="26"/>
        </w:rPr>
        <w:t>PROJECT 15</w:t>
      </w:r>
    </w:p>
    <w:p w14:paraId="05C94B94" w14:textId="77777777" w:rsidR="0071409D" w:rsidRDefault="001C58FC">
      <w:r>
        <w:rPr>
          <w:noProof/>
        </w:rPr>
        <w:lastRenderedPageBreak/>
        <w:drawing>
          <wp:inline distT="0" distB="0" distL="0" distR="0" wp14:anchorId="68AC5616" wp14:editId="146E771B">
            <wp:extent cx="1615440" cy="1623060"/>
            <wp:effectExtent l="0" t="0" r="381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/>
                  </pic:nvPicPr>
                  <pic:blipFill rotWithShape="1">
                    <a:blip r:embed="rId21"/>
                    <a:srcRect l="31287" t="20793" r="37719" b="23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62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6532F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3615BDD" w14:textId="77777777" w:rsidR="0071409D" w:rsidRDefault="001C58FC">
      <w:r>
        <w:rPr>
          <w:b/>
          <w:color w:val="B88C39"/>
          <w:sz w:val="26"/>
        </w:rPr>
        <w:t>PROJECT 16</w:t>
      </w:r>
    </w:p>
    <w:p w14:paraId="090E0C39" w14:textId="77777777" w:rsidR="0071409D" w:rsidRDefault="001C58FC">
      <w:r>
        <w:rPr>
          <w:noProof/>
        </w:rPr>
        <w:drawing>
          <wp:inline distT="0" distB="0" distL="0" distR="0" wp14:anchorId="6CD3D757" wp14:editId="15F903D8">
            <wp:extent cx="5212080" cy="376538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jpe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6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79F8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8AEE591" w14:textId="77777777" w:rsidR="0071409D" w:rsidRDefault="001C58FC">
      <w:r>
        <w:rPr>
          <w:b/>
          <w:color w:val="B88C39"/>
          <w:sz w:val="26"/>
        </w:rPr>
        <w:t>PROJECT 17</w:t>
      </w:r>
    </w:p>
    <w:p w14:paraId="38A9AD17" w14:textId="77777777" w:rsidR="0071409D" w:rsidRDefault="001C58FC">
      <w:r>
        <w:rPr>
          <w:noProof/>
        </w:rPr>
        <w:lastRenderedPageBreak/>
        <w:drawing>
          <wp:inline distT="0" distB="0" distL="0" distR="0" wp14:anchorId="0D1523DA" wp14:editId="7F0D2660">
            <wp:extent cx="5212080" cy="390555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jpe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214C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DC43D29" w14:textId="77777777" w:rsidR="0071409D" w:rsidRDefault="001C58FC">
      <w:r>
        <w:rPr>
          <w:b/>
          <w:color w:val="B88C39"/>
          <w:sz w:val="26"/>
        </w:rPr>
        <w:t>PROJECT 18</w:t>
      </w:r>
    </w:p>
    <w:p w14:paraId="5C6B1513" w14:textId="77777777" w:rsidR="0071409D" w:rsidRDefault="001C58FC">
      <w:r>
        <w:rPr>
          <w:noProof/>
        </w:rPr>
        <w:drawing>
          <wp:inline distT="0" distB="0" distL="0" distR="0" wp14:anchorId="36863C51" wp14:editId="56C4CA9D">
            <wp:extent cx="5212080" cy="31317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0.jpe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31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4692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1138CB6" w14:textId="77777777" w:rsidR="0071409D" w:rsidRDefault="001C58FC">
      <w:r>
        <w:rPr>
          <w:b/>
          <w:color w:val="B88C39"/>
          <w:sz w:val="26"/>
        </w:rPr>
        <w:lastRenderedPageBreak/>
        <w:t>PROJECT 19</w:t>
      </w:r>
    </w:p>
    <w:p w14:paraId="3609DFC9" w14:textId="77777777" w:rsidR="0071409D" w:rsidRDefault="001C58FC">
      <w:r>
        <w:rPr>
          <w:noProof/>
        </w:rPr>
        <w:drawing>
          <wp:inline distT="0" distB="0" distL="0" distR="0" wp14:anchorId="569DC50C" wp14:editId="7D9D394B">
            <wp:extent cx="5212080" cy="293179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1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AE84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00EBA58" w14:textId="77777777" w:rsidR="0071409D" w:rsidRDefault="001C58FC">
      <w:r>
        <w:rPr>
          <w:b/>
          <w:color w:val="B88C39"/>
          <w:sz w:val="26"/>
        </w:rPr>
        <w:t>PROJECT 20</w:t>
      </w:r>
    </w:p>
    <w:p w14:paraId="000FC326" w14:textId="77777777" w:rsidR="0071409D" w:rsidRDefault="001C58FC">
      <w:r>
        <w:rPr>
          <w:noProof/>
        </w:rPr>
        <w:drawing>
          <wp:inline distT="0" distB="0" distL="0" distR="0" wp14:anchorId="13ABED95" wp14:editId="45C62001">
            <wp:extent cx="5212080" cy="436188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jpe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36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BE41F9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8F5DE00" w14:textId="77777777" w:rsidR="0071409D" w:rsidRDefault="001C58FC">
      <w:r>
        <w:rPr>
          <w:b/>
          <w:color w:val="B88C39"/>
          <w:sz w:val="26"/>
        </w:rPr>
        <w:t>PROJECT 21</w:t>
      </w:r>
    </w:p>
    <w:p w14:paraId="6B5286E1" w14:textId="77777777" w:rsidR="0071409D" w:rsidRDefault="001C58FC">
      <w:r>
        <w:rPr>
          <w:noProof/>
        </w:rPr>
        <w:drawing>
          <wp:inline distT="0" distB="0" distL="0" distR="0" wp14:anchorId="5CC6AD03" wp14:editId="4CE84673">
            <wp:extent cx="5212080" cy="20337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2.jpe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0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D609F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4408968" w14:textId="77777777" w:rsidR="0071409D" w:rsidRDefault="001C58FC">
      <w:r>
        <w:rPr>
          <w:b/>
          <w:color w:val="B88C39"/>
          <w:sz w:val="26"/>
        </w:rPr>
        <w:t>PROJECT 22</w:t>
      </w:r>
    </w:p>
    <w:p w14:paraId="0AE425DD" w14:textId="77777777" w:rsidR="0071409D" w:rsidRDefault="001C58FC">
      <w:r>
        <w:rPr>
          <w:noProof/>
        </w:rPr>
        <w:lastRenderedPageBreak/>
        <w:drawing>
          <wp:inline distT="0" distB="0" distL="0" distR="0" wp14:anchorId="05E37502" wp14:editId="020C8F4B">
            <wp:extent cx="5212080" cy="5785409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78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D42E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F4CC440" w14:textId="77777777" w:rsidR="0071409D" w:rsidRDefault="001C58FC">
      <w:r>
        <w:rPr>
          <w:b/>
          <w:color w:val="B88C39"/>
          <w:sz w:val="26"/>
        </w:rPr>
        <w:t>PROJECT 23</w:t>
      </w:r>
    </w:p>
    <w:p w14:paraId="1F11C2C3" w14:textId="77777777" w:rsidR="0071409D" w:rsidRDefault="001C58FC">
      <w:r>
        <w:rPr>
          <w:noProof/>
        </w:rPr>
        <w:lastRenderedPageBreak/>
        <w:drawing>
          <wp:inline distT="0" distB="0" distL="0" distR="0" wp14:anchorId="36E1E140" wp14:editId="128B2627">
            <wp:extent cx="5212080" cy="293179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981D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5A5F3A2" w14:textId="77777777" w:rsidR="0071409D" w:rsidRDefault="001C58FC">
      <w:r>
        <w:rPr>
          <w:b/>
          <w:color w:val="B88C39"/>
          <w:sz w:val="26"/>
        </w:rPr>
        <w:t>PROJECT 24</w:t>
      </w:r>
    </w:p>
    <w:p w14:paraId="7A807D57" w14:textId="77777777" w:rsidR="0071409D" w:rsidRDefault="001C58FC">
      <w:r>
        <w:rPr>
          <w:noProof/>
        </w:rPr>
        <w:drawing>
          <wp:inline distT="0" distB="0" distL="0" distR="0" wp14:anchorId="7F435EBC" wp14:editId="569657D1">
            <wp:extent cx="5212080" cy="3909061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e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57D9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0C02E53" w14:textId="77777777" w:rsidR="0071409D" w:rsidRDefault="001C58FC">
      <w:r>
        <w:rPr>
          <w:b/>
          <w:color w:val="B88C39"/>
          <w:sz w:val="26"/>
        </w:rPr>
        <w:t>PROJECT 25</w:t>
      </w:r>
    </w:p>
    <w:p w14:paraId="07BDF488" w14:textId="77777777" w:rsidR="0071409D" w:rsidRDefault="001C58FC">
      <w:r>
        <w:rPr>
          <w:noProof/>
        </w:rPr>
        <w:lastRenderedPageBreak/>
        <w:drawing>
          <wp:inline distT="0" distB="0" distL="0" distR="0" wp14:anchorId="60B3E123" wp14:editId="6FD0F15A">
            <wp:extent cx="5212080" cy="389829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jpe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AB8B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C6DC808" w14:textId="77777777" w:rsidR="0071409D" w:rsidRDefault="001C58FC">
      <w:r>
        <w:rPr>
          <w:b/>
          <w:color w:val="B88C39"/>
          <w:sz w:val="26"/>
        </w:rPr>
        <w:t>PROJECT 26</w:t>
      </w:r>
    </w:p>
    <w:p w14:paraId="5A9FBC89" w14:textId="77777777" w:rsidR="0071409D" w:rsidRDefault="001C58FC">
      <w:r>
        <w:rPr>
          <w:noProof/>
        </w:rPr>
        <w:drawing>
          <wp:inline distT="0" distB="0" distL="0" distR="0" wp14:anchorId="3DC7EA47" wp14:editId="397384E1">
            <wp:extent cx="5212080" cy="4069151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jpe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6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0C79C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7C67E78" w14:textId="77777777" w:rsidR="0071409D" w:rsidRDefault="001C58FC">
      <w:r>
        <w:rPr>
          <w:b/>
          <w:color w:val="B88C39"/>
          <w:sz w:val="26"/>
        </w:rPr>
        <w:t>PROJECT 27</w:t>
      </w:r>
    </w:p>
    <w:p w14:paraId="24EE906C" w14:textId="77777777" w:rsidR="0071409D" w:rsidRDefault="001C58FC">
      <w:r>
        <w:rPr>
          <w:noProof/>
        </w:rPr>
        <w:drawing>
          <wp:inline distT="0" distB="0" distL="0" distR="0" wp14:anchorId="1FBD7279" wp14:editId="41DD516A">
            <wp:extent cx="5212080" cy="3405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5.jpe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7360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E4FBC19" w14:textId="77777777" w:rsidR="0071409D" w:rsidRDefault="001C58FC">
      <w:r>
        <w:rPr>
          <w:b/>
          <w:color w:val="B88C39"/>
          <w:sz w:val="26"/>
        </w:rPr>
        <w:t>PROJECT 28</w:t>
      </w:r>
    </w:p>
    <w:p w14:paraId="63EFEF1C" w14:textId="77777777" w:rsidR="0071409D" w:rsidRDefault="001C58FC">
      <w:r>
        <w:rPr>
          <w:noProof/>
        </w:rPr>
        <w:lastRenderedPageBreak/>
        <w:drawing>
          <wp:inline distT="0" distB="0" distL="0" distR="0" wp14:anchorId="628937F5" wp14:editId="453493C9">
            <wp:extent cx="5212080" cy="694944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0.jpe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4F1D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6ADC74D" w14:textId="77777777" w:rsidR="0071409D" w:rsidRDefault="001C58FC">
      <w:r>
        <w:rPr>
          <w:b/>
          <w:color w:val="B88C39"/>
          <w:sz w:val="26"/>
        </w:rPr>
        <w:t>PROJECT 29</w:t>
      </w:r>
    </w:p>
    <w:p w14:paraId="33C3AFC9" w14:textId="77777777" w:rsidR="0071409D" w:rsidRDefault="001C58FC">
      <w:r>
        <w:rPr>
          <w:noProof/>
        </w:rPr>
        <w:lastRenderedPageBreak/>
        <w:drawing>
          <wp:inline distT="0" distB="0" distL="0" distR="0" wp14:anchorId="0D16616F" wp14:editId="2EA4A9E1">
            <wp:extent cx="5212080" cy="3906117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6.jpe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B918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94BBEC5" w14:textId="77777777" w:rsidR="0071409D" w:rsidRDefault="001C58FC">
      <w:r>
        <w:rPr>
          <w:b/>
          <w:color w:val="B88C39"/>
          <w:sz w:val="26"/>
        </w:rPr>
        <w:t>PROJECT 30</w:t>
      </w:r>
    </w:p>
    <w:p w14:paraId="39E23873" w14:textId="77777777" w:rsidR="0071409D" w:rsidRDefault="001C58FC">
      <w:r>
        <w:rPr>
          <w:noProof/>
        </w:rPr>
        <w:drawing>
          <wp:inline distT="0" distB="0" distL="0" distR="0" wp14:anchorId="7E15EC4F" wp14:editId="2A178F28">
            <wp:extent cx="5212080" cy="3789679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jpe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8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C660D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903C522" w14:textId="77777777" w:rsidR="0071409D" w:rsidRDefault="001C58FC">
      <w:r>
        <w:rPr>
          <w:b/>
          <w:color w:val="B88C39"/>
          <w:sz w:val="26"/>
        </w:rPr>
        <w:t>PROJECT 31</w:t>
      </w:r>
    </w:p>
    <w:p w14:paraId="10AE7CFA" w14:textId="77777777" w:rsidR="0071409D" w:rsidRDefault="001C58FC">
      <w:r>
        <w:rPr>
          <w:noProof/>
        </w:rPr>
        <w:drawing>
          <wp:inline distT="0" distB="0" distL="0" distR="0" wp14:anchorId="64DBC021" wp14:editId="5D66A095">
            <wp:extent cx="5212080" cy="388724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jpe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8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D2B36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B6F666C" w14:textId="77777777" w:rsidR="0071409D" w:rsidRDefault="001C58FC">
      <w:r>
        <w:rPr>
          <w:b/>
          <w:color w:val="B88C39"/>
          <w:sz w:val="26"/>
        </w:rPr>
        <w:t>PROJECT 32</w:t>
      </w:r>
    </w:p>
    <w:p w14:paraId="5BB912BA" w14:textId="77777777" w:rsidR="0071409D" w:rsidRDefault="001C58FC">
      <w:r>
        <w:rPr>
          <w:noProof/>
        </w:rPr>
        <w:drawing>
          <wp:inline distT="0" distB="0" distL="0" distR="0" wp14:anchorId="452B51DD" wp14:editId="29F06E0B">
            <wp:extent cx="5212080" cy="2936138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jpe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6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04D13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A69B423" w14:textId="77777777" w:rsidR="0071409D" w:rsidRDefault="001C58FC">
      <w:r>
        <w:rPr>
          <w:b/>
          <w:color w:val="B88C39"/>
          <w:sz w:val="26"/>
        </w:rPr>
        <w:t>PROJECT 33</w:t>
      </w:r>
    </w:p>
    <w:p w14:paraId="64305B35" w14:textId="77777777" w:rsidR="0071409D" w:rsidRDefault="001C58FC">
      <w:r>
        <w:rPr>
          <w:noProof/>
        </w:rPr>
        <w:drawing>
          <wp:inline distT="0" distB="0" distL="0" distR="0" wp14:anchorId="07BA5EE9" wp14:editId="13D7CBFE">
            <wp:extent cx="5212080" cy="395989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7.jpe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5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7FECF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F671D05" w14:textId="77777777" w:rsidR="0071409D" w:rsidRDefault="001C58FC">
      <w:r>
        <w:rPr>
          <w:b/>
          <w:color w:val="B88C39"/>
          <w:sz w:val="26"/>
        </w:rPr>
        <w:t>PROJECT 34</w:t>
      </w:r>
    </w:p>
    <w:p w14:paraId="41D13025" w14:textId="77777777" w:rsidR="0071409D" w:rsidRDefault="001C58FC">
      <w:r>
        <w:rPr>
          <w:noProof/>
        </w:rPr>
        <w:lastRenderedPageBreak/>
        <w:drawing>
          <wp:inline distT="0" distB="0" distL="0" distR="0" wp14:anchorId="58B97D5A" wp14:editId="5F0ADABB">
            <wp:extent cx="5212080" cy="3906471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jpe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C16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6793F1A" w14:textId="77777777" w:rsidR="0071409D" w:rsidRDefault="001C58FC">
      <w:r>
        <w:rPr>
          <w:b/>
          <w:color w:val="B88C39"/>
          <w:sz w:val="26"/>
        </w:rPr>
        <w:t>PROJECT 35</w:t>
      </w:r>
    </w:p>
    <w:p w14:paraId="44768D61" w14:textId="77777777" w:rsidR="0071409D" w:rsidRDefault="001C58FC">
      <w:r>
        <w:rPr>
          <w:noProof/>
        </w:rPr>
        <w:drawing>
          <wp:inline distT="0" distB="0" distL="0" distR="0" wp14:anchorId="3E762D7F" wp14:editId="56BC3AC0">
            <wp:extent cx="5212080" cy="2537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jpe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AA04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F8375B1" w14:textId="77777777" w:rsidR="0071409D" w:rsidRDefault="001C58FC">
      <w:r>
        <w:rPr>
          <w:b/>
          <w:color w:val="B88C39"/>
          <w:sz w:val="26"/>
        </w:rPr>
        <w:t>PROJECT 36</w:t>
      </w:r>
    </w:p>
    <w:p w14:paraId="71470674" w14:textId="77777777" w:rsidR="0071409D" w:rsidRDefault="001C58FC">
      <w:r>
        <w:rPr>
          <w:noProof/>
        </w:rPr>
        <w:lastRenderedPageBreak/>
        <w:drawing>
          <wp:inline distT="0" distB="0" distL="0" distR="0" wp14:anchorId="0E26BAE2" wp14:editId="7EDC2F7D">
            <wp:extent cx="5212080" cy="293179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2.jpe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F736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D8BC3A3" w14:textId="77777777" w:rsidR="0071409D" w:rsidRDefault="001C58FC">
      <w:r>
        <w:rPr>
          <w:b/>
          <w:color w:val="B88C39"/>
          <w:sz w:val="26"/>
        </w:rPr>
        <w:t>PROJECT 37</w:t>
      </w:r>
    </w:p>
    <w:p w14:paraId="05DD100C" w14:textId="77777777" w:rsidR="0071409D" w:rsidRDefault="001C58FC">
      <w:r>
        <w:rPr>
          <w:noProof/>
        </w:rPr>
        <w:lastRenderedPageBreak/>
        <w:drawing>
          <wp:inline distT="0" distB="0" distL="0" distR="0" wp14:anchorId="6016C1DF" wp14:editId="641884C4">
            <wp:extent cx="5212080" cy="6941434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7.jpe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D48F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4A42250" w14:textId="77777777" w:rsidR="0071409D" w:rsidRDefault="001C58FC">
      <w:r>
        <w:rPr>
          <w:b/>
          <w:color w:val="B88C39"/>
          <w:sz w:val="26"/>
        </w:rPr>
        <w:t>PROJECT 38</w:t>
      </w:r>
    </w:p>
    <w:p w14:paraId="37C52BF5" w14:textId="77777777" w:rsidR="0071409D" w:rsidRDefault="001C58FC">
      <w:r>
        <w:rPr>
          <w:noProof/>
        </w:rPr>
        <w:lastRenderedPageBreak/>
        <w:drawing>
          <wp:inline distT="0" distB="0" distL="0" distR="0" wp14:anchorId="1BAA3D9B" wp14:editId="6D0A1416">
            <wp:extent cx="5212080" cy="521208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e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4282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5F43076" w14:textId="77777777" w:rsidR="0071409D" w:rsidRDefault="001C58FC">
      <w:r>
        <w:rPr>
          <w:b/>
          <w:color w:val="B88C39"/>
          <w:sz w:val="26"/>
        </w:rPr>
        <w:t>PROJECT 39</w:t>
      </w:r>
    </w:p>
    <w:p w14:paraId="43F3FABB" w14:textId="77777777" w:rsidR="0071409D" w:rsidRDefault="001C58FC">
      <w:r>
        <w:rPr>
          <w:noProof/>
        </w:rPr>
        <w:lastRenderedPageBreak/>
        <w:drawing>
          <wp:inline distT="0" distB="0" distL="0" distR="0" wp14:anchorId="36B17359" wp14:editId="50A2F1C7">
            <wp:extent cx="5212080" cy="3909057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e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6A5F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8789F0A" w14:textId="77777777" w:rsidR="0071409D" w:rsidRDefault="001C58FC">
      <w:r>
        <w:rPr>
          <w:b/>
          <w:color w:val="B88C39"/>
          <w:sz w:val="26"/>
        </w:rPr>
        <w:t>PROJECT 40</w:t>
      </w:r>
    </w:p>
    <w:p w14:paraId="1679F49D" w14:textId="77777777" w:rsidR="0071409D" w:rsidRDefault="001C58FC">
      <w:r>
        <w:rPr>
          <w:noProof/>
        </w:rPr>
        <w:drawing>
          <wp:inline distT="0" distB="0" distL="0" distR="0" wp14:anchorId="16222DF8" wp14:editId="384A524B">
            <wp:extent cx="5212080" cy="3909059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1.jpe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9FB6C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71F4B5F" w14:textId="77777777" w:rsidR="0071409D" w:rsidRDefault="001C58FC">
      <w:r>
        <w:rPr>
          <w:b/>
          <w:color w:val="B88C39"/>
          <w:sz w:val="26"/>
        </w:rPr>
        <w:t>PROJECT 41</w:t>
      </w:r>
    </w:p>
    <w:p w14:paraId="269B3150" w14:textId="77777777" w:rsidR="0071409D" w:rsidRDefault="001C58FC">
      <w:r>
        <w:rPr>
          <w:noProof/>
        </w:rPr>
        <w:drawing>
          <wp:inline distT="0" distB="0" distL="0" distR="0" wp14:anchorId="1643E0DD" wp14:editId="45163B0D">
            <wp:extent cx="5212080" cy="297088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6.jpe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7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BF8D9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1A70D22" w14:textId="77777777" w:rsidR="0071409D" w:rsidRDefault="001C58FC">
      <w:r>
        <w:rPr>
          <w:b/>
          <w:color w:val="B88C39"/>
          <w:sz w:val="26"/>
        </w:rPr>
        <w:t>PROJECT 42</w:t>
      </w:r>
    </w:p>
    <w:p w14:paraId="50AF84D4" w14:textId="77777777" w:rsidR="0071409D" w:rsidRDefault="001C58FC">
      <w:r>
        <w:rPr>
          <w:noProof/>
        </w:rPr>
        <w:drawing>
          <wp:inline distT="0" distB="0" distL="0" distR="0" wp14:anchorId="00E4477B" wp14:editId="5096E06C">
            <wp:extent cx="5212080" cy="390555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1.jpe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78AAF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2E05B55" w14:textId="77777777" w:rsidR="0071409D" w:rsidRDefault="001C58FC">
      <w:r>
        <w:rPr>
          <w:b/>
          <w:color w:val="B88C39"/>
          <w:sz w:val="26"/>
        </w:rPr>
        <w:t>PROJECT 43</w:t>
      </w:r>
    </w:p>
    <w:p w14:paraId="741C73D0" w14:textId="77777777" w:rsidR="0071409D" w:rsidRDefault="001C58FC">
      <w:r>
        <w:rPr>
          <w:noProof/>
        </w:rPr>
        <w:drawing>
          <wp:inline distT="0" distB="0" distL="0" distR="0" wp14:anchorId="472C658E" wp14:editId="0D40C11F">
            <wp:extent cx="5212080" cy="4023886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jpe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2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93EBA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FC41E3C" w14:textId="77777777" w:rsidR="0071409D" w:rsidRDefault="001C58FC">
      <w:r>
        <w:rPr>
          <w:b/>
          <w:color w:val="B88C39"/>
          <w:sz w:val="26"/>
        </w:rPr>
        <w:t>PROJECT 44</w:t>
      </w:r>
    </w:p>
    <w:p w14:paraId="21C8E953" w14:textId="77777777" w:rsidR="0071409D" w:rsidRDefault="001C58FC">
      <w:r>
        <w:rPr>
          <w:noProof/>
        </w:rPr>
        <w:lastRenderedPageBreak/>
        <w:drawing>
          <wp:inline distT="0" distB="0" distL="0" distR="0" wp14:anchorId="083D6F26" wp14:editId="37DDB0B7">
            <wp:extent cx="5212080" cy="3956257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jpe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5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BD39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1E04747" w14:textId="77777777" w:rsidR="0071409D" w:rsidRDefault="001C58FC">
      <w:r>
        <w:rPr>
          <w:b/>
          <w:color w:val="B88C39"/>
          <w:sz w:val="26"/>
        </w:rPr>
        <w:t>PROJECT 45</w:t>
      </w:r>
    </w:p>
    <w:p w14:paraId="741B5451" w14:textId="77777777" w:rsidR="0071409D" w:rsidRDefault="001C58FC">
      <w:r>
        <w:rPr>
          <w:noProof/>
        </w:rPr>
        <w:drawing>
          <wp:inline distT="0" distB="0" distL="0" distR="0" wp14:anchorId="4ED120E4" wp14:editId="47E79E73">
            <wp:extent cx="5212080" cy="391271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jpe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EAC59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1A6B52A" w14:textId="77777777" w:rsidR="0071409D" w:rsidRDefault="001C58FC">
      <w:r>
        <w:rPr>
          <w:b/>
          <w:color w:val="B88C39"/>
          <w:sz w:val="26"/>
        </w:rPr>
        <w:t>PROJECT 46</w:t>
      </w:r>
    </w:p>
    <w:p w14:paraId="6380D623" w14:textId="77777777" w:rsidR="0071409D" w:rsidRDefault="001C58FC">
      <w:r>
        <w:rPr>
          <w:noProof/>
        </w:rPr>
        <w:drawing>
          <wp:inline distT="0" distB="0" distL="0" distR="0" wp14:anchorId="1BB67088" wp14:editId="4107C136">
            <wp:extent cx="5212080" cy="3909059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3.jpe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3DA4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8FA90CC" w14:textId="77777777" w:rsidR="0071409D" w:rsidRDefault="001C58FC">
      <w:r>
        <w:rPr>
          <w:b/>
          <w:color w:val="B88C39"/>
          <w:sz w:val="26"/>
        </w:rPr>
        <w:t>PROJECT 47</w:t>
      </w:r>
    </w:p>
    <w:p w14:paraId="0F9186E7" w14:textId="77777777" w:rsidR="0071409D" w:rsidRDefault="001C58FC">
      <w:r>
        <w:rPr>
          <w:noProof/>
        </w:rPr>
        <w:lastRenderedPageBreak/>
        <w:drawing>
          <wp:inline distT="0" distB="0" distL="0" distR="0" wp14:anchorId="618C0A1C" wp14:editId="546CB7AD">
            <wp:extent cx="5212080" cy="4349716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8.jpe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34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1068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593AB14" w14:textId="77777777" w:rsidR="0071409D" w:rsidRDefault="001C58FC">
      <w:r>
        <w:rPr>
          <w:b/>
          <w:color w:val="B88C39"/>
          <w:sz w:val="26"/>
        </w:rPr>
        <w:t>PROJECT 48</w:t>
      </w:r>
    </w:p>
    <w:p w14:paraId="2D16EFCA" w14:textId="77777777" w:rsidR="0071409D" w:rsidRDefault="001C58FC">
      <w:r>
        <w:rPr>
          <w:noProof/>
        </w:rPr>
        <w:drawing>
          <wp:inline distT="0" distB="0" distL="0" distR="0" wp14:anchorId="69CF4A14" wp14:editId="5059C020">
            <wp:extent cx="5212080" cy="2521974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2.jpe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21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E3D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4A65F37" w14:textId="77777777" w:rsidR="0071409D" w:rsidRDefault="001C58FC">
      <w:r>
        <w:rPr>
          <w:b/>
          <w:color w:val="B88C39"/>
          <w:sz w:val="26"/>
        </w:rPr>
        <w:t>PROJECT 49</w:t>
      </w:r>
    </w:p>
    <w:p w14:paraId="7D9F659E" w14:textId="77777777" w:rsidR="0071409D" w:rsidRDefault="001C58FC">
      <w:r>
        <w:rPr>
          <w:noProof/>
        </w:rPr>
        <w:lastRenderedPageBreak/>
        <w:drawing>
          <wp:inline distT="0" distB="0" distL="0" distR="0" wp14:anchorId="1E2C63D1" wp14:editId="27FE1AC0">
            <wp:extent cx="5212080" cy="293179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7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A57C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2D67764" w14:textId="77777777" w:rsidR="0071409D" w:rsidRDefault="001C58FC">
      <w:r>
        <w:rPr>
          <w:b/>
          <w:color w:val="B88C39"/>
          <w:sz w:val="26"/>
        </w:rPr>
        <w:t>PROJECT 50</w:t>
      </w:r>
    </w:p>
    <w:p w14:paraId="48AEE1BD" w14:textId="77777777" w:rsidR="0071409D" w:rsidRDefault="001C58FC">
      <w:r>
        <w:rPr>
          <w:noProof/>
        </w:rPr>
        <w:drawing>
          <wp:inline distT="0" distB="0" distL="0" distR="0" wp14:anchorId="5A54F8B6" wp14:editId="08D64A78">
            <wp:extent cx="5212080" cy="2947187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3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4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6E22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0EEF1D9" w14:textId="77777777" w:rsidR="0071409D" w:rsidRDefault="001C58FC">
      <w:r>
        <w:rPr>
          <w:b/>
          <w:color w:val="B88C39"/>
          <w:sz w:val="26"/>
        </w:rPr>
        <w:t>PROJECT 51</w:t>
      </w:r>
    </w:p>
    <w:p w14:paraId="09C0D918" w14:textId="77777777" w:rsidR="0071409D" w:rsidRDefault="001C58FC">
      <w:r>
        <w:rPr>
          <w:noProof/>
        </w:rPr>
        <w:lastRenderedPageBreak/>
        <w:drawing>
          <wp:inline distT="0" distB="0" distL="0" distR="0" wp14:anchorId="1FF383BC" wp14:editId="5C11883B">
            <wp:extent cx="5212080" cy="3477181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8.jpe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55173B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968FE09" w14:textId="77777777" w:rsidR="0071409D" w:rsidRDefault="001C58FC">
      <w:r>
        <w:rPr>
          <w:b/>
          <w:color w:val="B88C39"/>
          <w:sz w:val="26"/>
        </w:rPr>
        <w:t>PROJECT 52</w:t>
      </w:r>
    </w:p>
    <w:p w14:paraId="5BE683AC" w14:textId="77777777" w:rsidR="0071409D" w:rsidRDefault="001C58FC">
      <w:r>
        <w:rPr>
          <w:noProof/>
        </w:rPr>
        <w:drawing>
          <wp:inline distT="0" distB="0" distL="0" distR="0" wp14:anchorId="27A41D78" wp14:editId="5E0B5CDC">
            <wp:extent cx="5212080" cy="779375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7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6469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9DFA271" w14:textId="77777777" w:rsidR="0071409D" w:rsidRDefault="001C58FC">
      <w:r>
        <w:rPr>
          <w:b/>
          <w:color w:val="B88C39"/>
          <w:sz w:val="26"/>
        </w:rPr>
        <w:t>PROJECT 53</w:t>
      </w:r>
    </w:p>
    <w:p w14:paraId="2367A5BD" w14:textId="77777777" w:rsidR="0071409D" w:rsidRDefault="001C58FC">
      <w:r>
        <w:rPr>
          <w:noProof/>
        </w:rPr>
        <w:lastRenderedPageBreak/>
        <w:drawing>
          <wp:inline distT="0" distB="0" distL="0" distR="0" wp14:anchorId="74F63CB6" wp14:editId="2583F553">
            <wp:extent cx="5212080" cy="521208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e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E1196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0057DBD" w14:textId="77777777" w:rsidR="0071409D" w:rsidRDefault="001C58FC">
      <w:r>
        <w:rPr>
          <w:b/>
          <w:color w:val="B88C39"/>
          <w:sz w:val="26"/>
        </w:rPr>
        <w:t>PROJECT 54</w:t>
      </w:r>
    </w:p>
    <w:p w14:paraId="6DB571C2" w14:textId="77777777" w:rsidR="0071409D" w:rsidRDefault="001C58FC">
      <w:r>
        <w:rPr>
          <w:noProof/>
        </w:rPr>
        <w:lastRenderedPageBreak/>
        <w:drawing>
          <wp:inline distT="0" distB="0" distL="0" distR="0" wp14:anchorId="52673782" wp14:editId="5CC96592">
            <wp:extent cx="5212080" cy="3339136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jpe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33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D9FED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A132E64" w14:textId="77777777" w:rsidR="0071409D" w:rsidRDefault="001C58FC">
      <w:r>
        <w:rPr>
          <w:b/>
          <w:color w:val="B88C39"/>
          <w:sz w:val="26"/>
        </w:rPr>
        <w:t>PROJECT 55</w:t>
      </w:r>
    </w:p>
    <w:p w14:paraId="6CE77E74" w14:textId="77777777" w:rsidR="0071409D" w:rsidRDefault="001C58FC">
      <w:r>
        <w:rPr>
          <w:noProof/>
        </w:rPr>
        <w:lastRenderedPageBreak/>
        <w:drawing>
          <wp:inline distT="0" distB="0" distL="0" distR="0" wp14:anchorId="354A68BB" wp14:editId="02A0ADD9">
            <wp:extent cx="5212080" cy="6944546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jpe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B16F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0DCA7B8" w14:textId="77777777" w:rsidR="0071409D" w:rsidRDefault="001C58FC">
      <w:r>
        <w:rPr>
          <w:b/>
          <w:color w:val="B88C39"/>
          <w:sz w:val="26"/>
        </w:rPr>
        <w:t>PROJECT 56</w:t>
      </w:r>
    </w:p>
    <w:p w14:paraId="0C1B1B35" w14:textId="77777777" w:rsidR="0071409D" w:rsidRDefault="001C58FC">
      <w:r>
        <w:rPr>
          <w:noProof/>
        </w:rPr>
        <w:lastRenderedPageBreak/>
        <w:drawing>
          <wp:inline distT="0" distB="0" distL="0" distR="0" wp14:anchorId="6939FE20" wp14:editId="70D6F67A">
            <wp:extent cx="5212080" cy="3899214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jpe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F802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D14C924" w14:textId="77777777" w:rsidR="0071409D" w:rsidRDefault="001C58FC">
      <w:r>
        <w:rPr>
          <w:b/>
          <w:color w:val="B88C39"/>
          <w:sz w:val="26"/>
        </w:rPr>
        <w:t>PROJECT 57</w:t>
      </w:r>
    </w:p>
    <w:p w14:paraId="1175238D" w14:textId="77777777" w:rsidR="0071409D" w:rsidRDefault="001C58FC">
      <w:r>
        <w:rPr>
          <w:noProof/>
        </w:rPr>
        <w:drawing>
          <wp:inline distT="0" distB="0" distL="0" distR="0" wp14:anchorId="01BAA9E6" wp14:editId="71148E87">
            <wp:extent cx="5212080" cy="390280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jpe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2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97E9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A8DAE9E" w14:textId="77777777" w:rsidR="0071409D" w:rsidRDefault="001C58FC">
      <w:r>
        <w:rPr>
          <w:b/>
          <w:color w:val="B88C39"/>
          <w:sz w:val="26"/>
        </w:rPr>
        <w:t>PROJECT 58</w:t>
      </w:r>
    </w:p>
    <w:p w14:paraId="3870CF98" w14:textId="77777777" w:rsidR="0071409D" w:rsidRDefault="001C58FC">
      <w:r>
        <w:rPr>
          <w:noProof/>
        </w:rPr>
        <w:drawing>
          <wp:inline distT="0" distB="0" distL="0" distR="0" wp14:anchorId="3CACD72B" wp14:editId="4DC75C6B">
            <wp:extent cx="5212080" cy="3949277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jpe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49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8DF2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CF581FB" w14:textId="77777777" w:rsidR="0071409D" w:rsidRDefault="001C58FC">
      <w:r>
        <w:rPr>
          <w:b/>
          <w:color w:val="B88C39"/>
          <w:sz w:val="26"/>
        </w:rPr>
        <w:t>PROJECT 59</w:t>
      </w:r>
    </w:p>
    <w:p w14:paraId="01885779" w14:textId="77777777" w:rsidR="0071409D" w:rsidRDefault="001C58FC">
      <w:r>
        <w:rPr>
          <w:noProof/>
        </w:rPr>
        <w:drawing>
          <wp:inline distT="0" distB="0" distL="0" distR="0" wp14:anchorId="74315FDE" wp14:editId="2537B02D">
            <wp:extent cx="5212080" cy="2930364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075E7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F07FA8E" w14:textId="77777777" w:rsidR="0071409D" w:rsidRDefault="001C58FC">
      <w:r>
        <w:rPr>
          <w:b/>
          <w:color w:val="B88C39"/>
          <w:sz w:val="26"/>
        </w:rPr>
        <w:t>PROJECT 60</w:t>
      </w:r>
    </w:p>
    <w:p w14:paraId="00240483" w14:textId="77777777" w:rsidR="0071409D" w:rsidRDefault="001C58FC">
      <w:r>
        <w:rPr>
          <w:noProof/>
        </w:rPr>
        <w:drawing>
          <wp:inline distT="0" distB="0" distL="0" distR="0" wp14:anchorId="646E70CF" wp14:editId="7BEA9375">
            <wp:extent cx="5212080" cy="2534502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9.jpe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34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DD0C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2CF7587" w14:textId="77777777" w:rsidR="0071409D" w:rsidRDefault="001C58FC">
      <w:r>
        <w:rPr>
          <w:b/>
          <w:color w:val="B88C39"/>
          <w:sz w:val="26"/>
        </w:rPr>
        <w:t>PROJECT 61</w:t>
      </w:r>
    </w:p>
    <w:p w14:paraId="1BDCA156" w14:textId="77777777" w:rsidR="0071409D" w:rsidRDefault="001C58FC">
      <w:r>
        <w:rPr>
          <w:noProof/>
        </w:rPr>
        <w:drawing>
          <wp:inline distT="0" distB="0" distL="0" distR="0" wp14:anchorId="7127DCAC" wp14:editId="2149A55A">
            <wp:extent cx="5212080" cy="3060203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6.jpe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6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61EA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372F8A3" w14:textId="77777777" w:rsidR="0071409D" w:rsidRDefault="001C58FC">
      <w:r>
        <w:rPr>
          <w:b/>
          <w:color w:val="B88C39"/>
          <w:sz w:val="26"/>
        </w:rPr>
        <w:t>PROJECT 62</w:t>
      </w:r>
    </w:p>
    <w:p w14:paraId="0CB94462" w14:textId="77777777" w:rsidR="0071409D" w:rsidRDefault="001C58FC">
      <w:r>
        <w:rPr>
          <w:noProof/>
        </w:rPr>
        <w:lastRenderedPageBreak/>
        <w:drawing>
          <wp:inline distT="0" distB="0" distL="0" distR="0" wp14:anchorId="215932B5" wp14:editId="75FB0864">
            <wp:extent cx="5212080" cy="292849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2.jpe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11BC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61443CB" w14:textId="77777777" w:rsidR="0071409D" w:rsidRDefault="001C58FC">
      <w:r>
        <w:rPr>
          <w:b/>
          <w:color w:val="B88C39"/>
          <w:sz w:val="26"/>
        </w:rPr>
        <w:t>PROJECT 63</w:t>
      </w:r>
    </w:p>
    <w:p w14:paraId="52797EB0" w14:textId="77777777" w:rsidR="0071409D" w:rsidRDefault="001C58FC">
      <w:r>
        <w:rPr>
          <w:noProof/>
        </w:rPr>
        <w:drawing>
          <wp:inline distT="0" distB="0" distL="0" distR="0" wp14:anchorId="3A7DDED6" wp14:editId="09DA90FC">
            <wp:extent cx="5212080" cy="3914956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jpe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0BC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2163246" w14:textId="77777777" w:rsidR="0071409D" w:rsidRDefault="001C58FC">
      <w:r>
        <w:rPr>
          <w:b/>
          <w:color w:val="B88C39"/>
          <w:sz w:val="26"/>
        </w:rPr>
        <w:t>PROJECT 64</w:t>
      </w:r>
    </w:p>
    <w:p w14:paraId="689379A0" w14:textId="77777777" w:rsidR="0071409D" w:rsidRDefault="001C58FC">
      <w:r>
        <w:rPr>
          <w:noProof/>
        </w:rPr>
        <w:lastRenderedPageBreak/>
        <w:drawing>
          <wp:inline distT="0" distB="0" distL="0" distR="0" wp14:anchorId="20F8D3D6" wp14:editId="04E38CBE">
            <wp:extent cx="5212080" cy="293179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3.jpe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DD2E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381CC34" w14:textId="77777777" w:rsidR="0071409D" w:rsidRDefault="001C58FC">
      <w:r>
        <w:rPr>
          <w:b/>
          <w:color w:val="B88C39"/>
          <w:sz w:val="26"/>
        </w:rPr>
        <w:t>PROJECT 65</w:t>
      </w:r>
    </w:p>
    <w:p w14:paraId="1583B558" w14:textId="77777777" w:rsidR="0071409D" w:rsidRDefault="001C58FC">
      <w:r>
        <w:rPr>
          <w:noProof/>
        </w:rPr>
        <w:lastRenderedPageBreak/>
        <w:drawing>
          <wp:inline distT="0" distB="0" distL="0" distR="0" wp14:anchorId="289AF9E4" wp14:editId="5C716164">
            <wp:extent cx="5212080" cy="6941434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8.jpe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1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0AB4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8470F50" w14:textId="77777777" w:rsidR="0071409D" w:rsidRDefault="001C58FC">
      <w:r>
        <w:rPr>
          <w:b/>
          <w:color w:val="B88C39"/>
          <w:sz w:val="26"/>
        </w:rPr>
        <w:t>PROJECT 66</w:t>
      </w:r>
    </w:p>
    <w:p w14:paraId="59237881" w14:textId="77777777" w:rsidR="0071409D" w:rsidRDefault="001C58FC">
      <w:r>
        <w:rPr>
          <w:noProof/>
        </w:rPr>
        <w:lastRenderedPageBreak/>
        <w:drawing>
          <wp:inline distT="0" distB="0" distL="0" distR="0" wp14:anchorId="04B210B3" wp14:editId="3E374E90">
            <wp:extent cx="5212080" cy="2688771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68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D2E43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58A461B" w14:textId="77777777" w:rsidR="0071409D" w:rsidRDefault="001C58FC">
      <w:r>
        <w:rPr>
          <w:b/>
          <w:color w:val="B88C39"/>
          <w:sz w:val="26"/>
        </w:rPr>
        <w:t>PROJECT 67</w:t>
      </w:r>
    </w:p>
    <w:p w14:paraId="54B06D1F" w14:textId="77777777" w:rsidR="0071409D" w:rsidRDefault="001C58FC">
      <w:r>
        <w:rPr>
          <w:noProof/>
        </w:rPr>
        <w:drawing>
          <wp:inline distT="0" distB="0" distL="0" distR="0" wp14:anchorId="6ACDB23E" wp14:editId="703BDCBF">
            <wp:extent cx="5212080" cy="3460242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jpe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72D1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E694AE9" w14:textId="77777777" w:rsidR="0071409D" w:rsidRDefault="001C58FC">
      <w:r>
        <w:rPr>
          <w:b/>
          <w:color w:val="B88C39"/>
          <w:sz w:val="26"/>
        </w:rPr>
        <w:t>PROJECT 68</w:t>
      </w:r>
    </w:p>
    <w:p w14:paraId="486B7CAC" w14:textId="77777777" w:rsidR="0071409D" w:rsidRDefault="001C58FC">
      <w:r>
        <w:rPr>
          <w:noProof/>
        </w:rPr>
        <w:lastRenderedPageBreak/>
        <w:drawing>
          <wp:inline distT="0" distB="0" distL="0" distR="0" wp14:anchorId="43907EB4" wp14:editId="195987D9">
            <wp:extent cx="5212080" cy="3912837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eg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ABCE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14D013E" w14:textId="77777777" w:rsidR="0071409D" w:rsidRDefault="001C58FC">
      <w:r>
        <w:rPr>
          <w:b/>
          <w:color w:val="B88C39"/>
          <w:sz w:val="26"/>
        </w:rPr>
        <w:t>PROJECT 69</w:t>
      </w:r>
    </w:p>
    <w:p w14:paraId="32358AE1" w14:textId="77777777" w:rsidR="0071409D" w:rsidRDefault="001C58FC">
      <w:r>
        <w:rPr>
          <w:noProof/>
        </w:rPr>
        <w:drawing>
          <wp:inline distT="0" distB="0" distL="0" distR="0" wp14:anchorId="1ABD5C1D" wp14:editId="6D837490">
            <wp:extent cx="5212080" cy="2931795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1DAE2F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CB00FC0" w14:textId="77777777" w:rsidR="0071409D" w:rsidRDefault="001C58FC">
      <w:r>
        <w:rPr>
          <w:b/>
          <w:color w:val="B88C39"/>
          <w:sz w:val="26"/>
        </w:rPr>
        <w:t>PROJECT 70</w:t>
      </w:r>
    </w:p>
    <w:p w14:paraId="195907F4" w14:textId="77777777" w:rsidR="0071409D" w:rsidRDefault="001C58FC">
      <w:r>
        <w:rPr>
          <w:noProof/>
        </w:rPr>
        <w:lastRenderedPageBreak/>
        <w:drawing>
          <wp:inline distT="0" distB="0" distL="0" distR="0" wp14:anchorId="671BA2B5" wp14:editId="2A3DF743">
            <wp:extent cx="5212080" cy="3583944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jpeg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583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92CEE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617E3F6" w14:textId="77777777" w:rsidR="0071409D" w:rsidRDefault="001C58FC">
      <w:r>
        <w:rPr>
          <w:b/>
          <w:color w:val="B88C39"/>
          <w:sz w:val="26"/>
        </w:rPr>
        <w:t>PROJECT 71</w:t>
      </w:r>
    </w:p>
    <w:p w14:paraId="7D9113C1" w14:textId="77777777" w:rsidR="0071409D" w:rsidRDefault="001C58FC">
      <w:r>
        <w:rPr>
          <w:noProof/>
        </w:rPr>
        <w:drawing>
          <wp:inline distT="0" distB="0" distL="0" distR="0" wp14:anchorId="26438255" wp14:editId="06EBCB2D">
            <wp:extent cx="5212080" cy="4006226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jpe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06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FC694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F61F229" w14:textId="77777777" w:rsidR="0071409D" w:rsidRDefault="001C58FC">
      <w:r>
        <w:rPr>
          <w:b/>
          <w:color w:val="B88C39"/>
          <w:sz w:val="26"/>
        </w:rPr>
        <w:t>PROJECT 72</w:t>
      </w:r>
    </w:p>
    <w:p w14:paraId="3B93D2EE" w14:textId="77777777" w:rsidR="0071409D" w:rsidRDefault="001C58FC">
      <w:r>
        <w:rPr>
          <w:noProof/>
        </w:rPr>
        <w:drawing>
          <wp:inline distT="0" distB="0" distL="0" distR="0" wp14:anchorId="1EDE3E17" wp14:editId="4F00A96F">
            <wp:extent cx="5212080" cy="3890912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8.jpeg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9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FCB9B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602B64D" w14:textId="77777777" w:rsidR="0071409D" w:rsidRDefault="001C58FC">
      <w:r>
        <w:rPr>
          <w:b/>
          <w:color w:val="B88C39"/>
          <w:sz w:val="26"/>
        </w:rPr>
        <w:t>PROJECT 73</w:t>
      </w:r>
    </w:p>
    <w:p w14:paraId="71187C44" w14:textId="77777777" w:rsidR="0071409D" w:rsidRDefault="001C58FC">
      <w:r>
        <w:rPr>
          <w:noProof/>
        </w:rPr>
        <w:lastRenderedPageBreak/>
        <w:drawing>
          <wp:inline distT="0" distB="0" distL="0" distR="0" wp14:anchorId="6770E030" wp14:editId="70557B9C">
            <wp:extent cx="5212080" cy="3166929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jpe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16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423C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3BE6D47" w14:textId="77777777" w:rsidR="0071409D" w:rsidRDefault="001C58FC">
      <w:r>
        <w:rPr>
          <w:b/>
          <w:color w:val="B88C39"/>
          <w:sz w:val="26"/>
        </w:rPr>
        <w:t>PROJECT 74</w:t>
      </w:r>
    </w:p>
    <w:p w14:paraId="7B7315A8" w14:textId="77777777" w:rsidR="0071409D" w:rsidRDefault="001C58FC">
      <w:r>
        <w:rPr>
          <w:noProof/>
        </w:rPr>
        <w:drawing>
          <wp:inline distT="0" distB="0" distL="0" distR="0" wp14:anchorId="1A73F846" wp14:editId="6E085EC8">
            <wp:extent cx="5212080" cy="2932963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jpeg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2B83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E318B91" w14:textId="77777777" w:rsidR="0071409D" w:rsidRDefault="001C58FC">
      <w:r>
        <w:rPr>
          <w:b/>
          <w:color w:val="B88C39"/>
          <w:sz w:val="26"/>
        </w:rPr>
        <w:t>PROJECT 75</w:t>
      </w:r>
    </w:p>
    <w:p w14:paraId="3DC40A00" w14:textId="77777777" w:rsidR="0071409D" w:rsidRDefault="001C58FC">
      <w:r>
        <w:rPr>
          <w:noProof/>
        </w:rPr>
        <w:lastRenderedPageBreak/>
        <w:drawing>
          <wp:inline distT="0" distB="0" distL="0" distR="0" wp14:anchorId="52291830" wp14:editId="0D91DB42">
            <wp:extent cx="5212080" cy="2509804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7.jpe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50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0710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5BDCB67" w14:textId="77777777" w:rsidR="0071409D" w:rsidRDefault="001C58FC">
      <w:r>
        <w:rPr>
          <w:b/>
          <w:color w:val="B88C39"/>
          <w:sz w:val="26"/>
        </w:rPr>
        <w:t>PROJECT 76</w:t>
      </w:r>
    </w:p>
    <w:p w14:paraId="5D30F36D" w14:textId="77777777" w:rsidR="0071409D" w:rsidRDefault="001C58FC">
      <w:r>
        <w:rPr>
          <w:noProof/>
        </w:rPr>
        <w:drawing>
          <wp:inline distT="0" distB="0" distL="0" distR="0" wp14:anchorId="2F952315" wp14:editId="076FA7A3">
            <wp:extent cx="5212080" cy="2931795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3.png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7819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733C516" w14:textId="77777777" w:rsidR="0071409D" w:rsidRDefault="001C58FC">
      <w:r>
        <w:rPr>
          <w:b/>
          <w:color w:val="B88C39"/>
          <w:sz w:val="26"/>
        </w:rPr>
        <w:t>PROJECT 77</w:t>
      </w:r>
    </w:p>
    <w:p w14:paraId="481CDC85" w14:textId="77777777" w:rsidR="0071409D" w:rsidRDefault="001C58FC">
      <w:r>
        <w:rPr>
          <w:noProof/>
        </w:rPr>
        <w:lastRenderedPageBreak/>
        <w:drawing>
          <wp:inline distT="0" distB="0" distL="0" distR="0" wp14:anchorId="617EC4DF" wp14:editId="575382BD">
            <wp:extent cx="5212080" cy="3909059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jpe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4BA0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5A06A1D" w14:textId="77777777" w:rsidR="0071409D" w:rsidRDefault="001C58FC">
      <w:r>
        <w:rPr>
          <w:b/>
          <w:color w:val="B88C39"/>
          <w:sz w:val="26"/>
        </w:rPr>
        <w:t>PROJECT 78</w:t>
      </w:r>
    </w:p>
    <w:p w14:paraId="5613CBC0" w14:textId="77777777" w:rsidR="0071409D" w:rsidRDefault="0071409D"/>
    <w:p w14:paraId="507C703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0E91A23" w14:textId="77777777" w:rsidR="0071409D" w:rsidRDefault="001C58FC">
      <w:r>
        <w:rPr>
          <w:b/>
          <w:color w:val="B88C39"/>
          <w:sz w:val="26"/>
        </w:rPr>
        <w:t>PROJECT 79</w:t>
      </w:r>
    </w:p>
    <w:p w14:paraId="199C80BE" w14:textId="77777777" w:rsidR="0071409D" w:rsidRDefault="001C58FC">
      <w:r>
        <w:rPr>
          <w:noProof/>
        </w:rPr>
        <w:lastRenderedPageBreak/>
        <w:drawing>
          <wp:inline distT="0" distB="0" distL="0" distR="0" wp14:anchorId="39CB83CC" wp14:editId="4F8BFB9B">
            <wp:extent cx="5212080" cy="3980133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jpeg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8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3AC34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BF1FCB1" w14:textId="77777777" w:rsidR="0071409D" w:rsidRDefault="001C58FC">
      <w:r>
        <w:rPr>
          <w:b/>
          <w:color w:val="B88C39"/>
          <w:sz w:val="26"/>
        </w:rPr>
        <w:t>PROJECT 80</w:t>
      </w:r>
    </w:p>
    <w:p w14:paraId="4D77D5D0" w14:textId="77777777" w:rsidR="0071409D" w:rsidRDefault="001C58FC">
      <w:r>
        <w:rPr>
          <w:noProof/>
        </w:rPr>
        <w:drawing>
          <wp:inline distT="0" distB="0" distL="0" distR="0" wp14:anchorId="4840429F" wp14:editId="6448BB61">
            <wp:extent cx="5212080" cy="3249763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jpe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4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2594B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73845B9" w14:textId="77777777" w:rsidR="0071409D" w:rsidRDefault="001C58FC">
      <w:r>
        <w:rPr>
          <w:b/>
          <w:color w:val="B88C39"/>
          <w:sz w:val="26"/>
        </w:rPr>
        <w:lastRenderedPageBreak/>
        <w:t>PROJECT 81</w:t>
      </w:r>
    </w:p>
    <w:p w14:paraId="04D79BE2" w14:textId="77777777" w:rsidR="0071409D" w:rsidRDefault="001C58FC">
      <w:r>
        <w:rPr>
          <w:noProof/>
        </w:rPr>
        <w:drawing>
          <wp:inline distT="0" distB="0" distL="0" distR="0" wp14:anchorId="55496E79" wp14:editId="7D2009EB">
            <wp:extent cx="5212080" cy="3479897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4.jpeg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9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3E02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43A2038" w14:textId="77777777" w:rsidR="0071409D" w:rsidRDefault="001C58FC">
      <w:r>
        <w:rPr>
          <w:b/>
          <w:color w:val="B88C39"/>
          <w:sz w:val="26"/>
        </w:rPr>
        <w:t>PROJECT 82</w:t>
      </w:r>
    </w:p>
    <w:p w14:paraId="44F2A9BC" w14:textId="77777777" w:rsidR="0071409D" w:rsidRDefault="001C58FC">
      <w:r>
        <w:rPr>
          <w:noProof/>
        </w:rPr>
        <w:lastRenderedPageBreak/>
        <w:drawing>
          <wp:inline distT="0" distB="0" distL="0" distR="0" wp14:anchorId="51298723" wp14:editId="413232D7">
            <wp:extent cx="5212080" cy="5318116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318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65D4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E15274F" w14:textId="77777777" w:rsidR="0071409D" w:rsidRDefault="001C58FC">
      <w:r>
        <w:rPr>
          <w:b/>
          <w:color w:val="B88C39"/>
          <w:sz w:val="26"/>
        </w:rPr>
        <w:t>PROJECT 83</w:t>
      </w:r>
    </w:p>
    <w:p w14:paraId="3C91FC95" w14:textId="77777777" w:rsidR="0071409D" w:rsidRDefault="001C58FC">
      <w:r>
        <w:rPr>
          <w:noProof/>
        </w:rPr>
        <w:drawing>
          <wp:inline distT="0" distB="0" distL="0" distR="0" wp14:anchorId="3DD535E0" wp14:editId="3780AF10">
            <wp:extent cx="5212080" cy="1668833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66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3B5C6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8B13803" w14:textId="77777777" w:rsidR="0071409D" w:rsidRDefault="001C58FC">
      <w:r>
        <w:rPr>
          <w:b/>
          <w:color w:val="B88C39"/>
          <w:sz w:val="26"/>
        </w:rPr>
        <w:lastRenderedPageBreak/>
        <w:t>PROJECT 84</w:t>
      </w:r>
    </w:p>
    <w:p w14:paraId="11BE7EB8" w14:textId="77777777" w:rsidR="0071409D" w:rsidRDefault="001C58FC">
      <w:r>
        <w:rPr>
          <w:noProof/>
        </w:rPr>
        <w:drawing>
          <wp:inline distT="0" distB="0" distL="0" distR="0" wp14:anchorId="5EC8C6BD" wp14:editId="577D16E7">
            <wp:extent cx="5212080" cy="2934098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jpe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4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0121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792CD82" w14:textId="77777777" w:rsidR="0071409D" w:rsidRDefault="001C58FC">
      <w:r>
        <w:rPr>
          <w:b/>
          <w:color w:val="B88C39"/>
          <w:sz w:val="26"/>
        </w:rPr>
        <w:t>PROJECT 85</w:t>
      </w:r>
    </w:p>
    <w:p w14:paraId="25E29CD7" w14:textId="77777777" w:rsidR="0071409D" w:rsidRDefault="001C58FC">
      <w:r>
        <w:rPr>
          <w:noProof/>
        </w:rPr>
        <w:drawing>
          <wp:inline distT="0" distB="0" distL="0" distR="0" wp14:anchorId="74E47860" wp14:editId="7BEB009E">
            <wp:extent cx="5212080" cy="2930364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7A8D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804230F" w14:textId="77777777" w:rsidR="0071409D" w:rsidRDefault="001C58FC">
      <w:r>
        <w:rPr>
          <w:b/>
          <w:color w:val="B88C39"/>
          <w:sz w:val="26"/>
        </w:rPr>
        <w:t>PROJECT 86</w:t>
      </w:r>
    </w:p>
    <w:p w14:paraId="71C1B4B7" w14:textId="77777777" w:rsidR="0071409D" w:rsidRDefault="001C58FC">
      <w:r>
        <w:rPr>
          <w:noProof/>
        </w:rPr>
        <w:lastRenderedPageBreak/>
        <w:drawing>
          <wp:inline distT="0" distB="0" distL="0" distR="0" wp14:anchorId="0183B672" wp14:editId="34FAEF6F">
            <wp:extent cx="5212080" cy="390906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jpe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EB3A6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37EBD66" w14:textId="77777777" w:rsidR="0071409D" w:rsidRDefault="001C58FC">
      <w:r>
        <w:rPr>
          <w:b/>
          <w:color w:val="B88C39"/>
          <w:sz w:val="26"/>
        </w:rPr>
        <w:t>PROJECT 87</w:t>
      </w:r>
    </w:p>
    <w:p w14:paraId="0034C095" w14:textId="77777777" w:rsidR="0071409D" w:rsidRDefault="001C58FC">
      <w:r>
        <w:rPr>
          <w:noProof/>
        </w:rPr>
        <w:drawing>
          <wp:inline distT="0" distB="0" distL="0" distR="0" wp14:anchorId="19C03BC3" wp14:editId="7EC15CEC">
            <wp:extent cx="5212080" cy="293179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CD56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7233F31" w14:textId="77777777" w:rsidR="0071409D" w:rsidRDefault="001C58FC">
      <w:r>
        <w:rPr>
          <w:b/>
          <w:color w:val="B88C39"/>
          <w:sz w:val="26"/>
        </w:rPr>
        <w:t>PROJECT 88</w:t>
      </w:r>
    </w:p>
    <w:p w14:paraId="6E3BDED4" w14:textId="77777777" w:rsidR="0071409D" w:rsidRDefault="001C58FC">
      <w:r>
        <w:rPr>
          <w:noProof/>
        </w:rPr>
        <w:lastRenderedPageBreak/>
        <w:drawing>
          <wp:inline distT="0" distB="0" distL="0" distR="0" wp14:anchorId="5B16D151" wp14:editId="1568F129">
            <wp:extent cx="5212080" cy="418384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2.jpe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1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532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DE1EEA1" w14:textId="77777777" w:rsidR="0071409D" w:rsidRDefault="001C58FC">
      <w:r>
        <w:rPr>
          <w:b/>
          <w:color w:val="B88C39"/>
          <w:sz w:val="26"/>
        </w:rPr>
        <w:t>PROJECT 89</w:t>
      </w:r>
    </w:p>
    <w:p w14:paraId="5F8C87EE" w14:textId="77777777" w:rsidR="0071409D" w:rsidRDefault="001C58FC">
      <w:r>
        <w:rPr>
          <w:noProof/>
        </w:rPr>
        <w:drawing>
          <wp:inline distT="0" distB="0" distL="0" distR="0" wp14:anchorId="75F87879" wp14:editId="5832BE34">
            <wp:extent cx="5212080" cy="3032287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7.jpeg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3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78F9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D5CCE21" w14:textId="77777777" w:rsidR="0071409D" w:rsidRDefault="001C58FC">
      <w:r>
        <w:rPr>
          <w:b/>
          <w:color w:val="B88C39"/>
          <w:sz w:val="26"/>
        </w:rPr>
        <w:lastRenderedPageBreak/>
        <w:t>PROJECT 90</w:t>
      </w:r>
    </w:p>
    <w:p w14:paraId="5C5C90E4" w14:textId="77777777" w:rsidR="0071409D" w:rsidRDefault="001C58FC">
      <w:r>
        <w:rPr>
          <w:noProof/>
        </w:rPr>
        <w:drawing>
          <wp:inline distT="0" distB="0" distL="0" distR="0" wp14:anchorId="2DB7C1A9" wp14:editId="7D8D3207">
            <wp:extent cx="5212080" cy="390019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8.jpe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0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F70E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50BA509" w14:textId="77777777" w:rsidR="0071409D" w:rsidRDefault="001C58FC">
      <w:r>
        <w:rPr>
          <w:b/>
          <w:color w:val="B88C39"/>
          <w:sz w:val="26"/>
        </w:rPr>
        <w:t>PROJECT 91</w:t>
      </w:r>
    </w:p>
    <w:p w14:paraId="6AC736EA" w14:textId="77777777" w:rsidR="0071409D" w:rsidRDefault="001C58FC">
      <w:r>
        <w:rPr>
          <w:noProof/>
        </w:rPr>
        <w:lastRenderedPageBreak/>
        <w:drawing>
          <wp:inline distT="0" distB="0" distL="0" distR="0" wp14:anchorId="2CC53B3E" wp14:editId="257E8760">
            <wp:extent cx="5212080" cy="4002423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9.jpeg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400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2976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DC6657D" w14:textId="77777777" w:rsidR="0071409D" w:rsidRDefault="001C58FC">
      <w:r>
        <w:rPr>
          <w:b/>
          <w:color w:val="B88C39"/>
          <w:sz w:val="26"/>
        </w:rPr>
        <w:t>PROJECT 92</w:t>
      </w:r>
    </w:p>
    <w:p w14:paraId="4F3052FD" w14:textId="77777777" w:rsidR="0071409D" w:rsidRDefault="001C58FC">
      <w:r>
        <w:rPr>
          <w:noProof/>
        </w:rPr>
        <w:drawing>
          <wp:inline distT="0" distB="0" distL="0" distR="0" wp14:anchorId="021C3D27" wp14:editId="1062BB64">
            <wp:extent cx="5212080" cy="293179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80F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B1B468A" w14:textId="77777777" w:rsidR="0071409D" w:rsidRDefault="001C58FC">
      <w:r>
        <w:rPr>
          <w:b/>
          <w:color w:val="B88C39"/>
          <w:sz w:val="26"/>
        </w:rPr>
        <w:t>PROJECT 93</w:t>
      </w:r>
    </w:p>
    <w:p w14:paraId="306DDD52" w14:textId="77777777" w:rsidR="0071409D" w:rsidRDefault="001C58FC">
      <w:r>
        <w:rPr>
          <w:noProof/>
        </w:rPr>
        <w:lastRenderedPageBreak/>
        <w:drawing>
          <wp:inline distT="0" distB="0" distL="0" distR="0" wp14:anchorId="36BBA3FA" wp14:editId="578E8496">
            <wp:extent cx="5212080" cy="3748193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jpeg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4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06DA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40C6C5A" w14:textId="77777777" w:rsidR="0071409D" w:rsidRDefault="001C58FC">
      <w:r>
        <w:rPr>
          <w:b/>
          <w:color w:val="B88C39"/>
          <w:sz w:val="26"/>
        </w:rPr>
        <w:t>PROJECT 94</w:t>
      </w:r>
    </w:p>
    <w:p w14:paraId="5BA57EC1" w14:textId="77777777" w:rsidR="0071409D" w:rsidRDefault="001C58FC">
      <w:r>
        <w:rPr>
          <w:noProof/>
        </w:rPr>
        <w:drawing>
          <wp:inline distT="0" distB="0" distL="0" distR="0" wp14:anchorId="1181555F" wp14:editId="29B4E00D">
            <wp:extent cx="5212080" cy="3471327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jpe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9C9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410049A" w14:textId="77777777" w:rsidR="0071409D" w:rsidRDefault="001C58FC">
      <w:r>
        <w:rPr>
          <w:b/>
          <w:color w:val="B88C39"/>
          <w:sz w:val="26"/>
        </w:rPr>
        <w:lastRenderedPageBreak/>
        <w:t>PROJECT 95</w:t>
      </w:r>
    </w:p>
    <w:p w14:paraId="058D672F" w14:textId="77777777" w:rsidR="0071409D" w:rsidRDefault="001C58FC">
      <w:r>
        <w:rPr>
          <w:noProof/>
        </w:rPr>
        <w:drawing>
          <wp:inline distT="0" distB="0" distL="0" distR="0" wp14:anchorId="1B041197" wp14:editId="0623908C">
            <wp:extent cx="5212080" cy="655011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5.jpeg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55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C246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8CC80D1" w14:textId="77777777" w:rsidR="0071409D" w:rsidRDefault="001C58FC">
      <w:r>
        <w:rPr>
          <w:b/>
          <w:color w:val="B88C39"/>
          <w:sz w:val="26"/>
        </w:rPr>
        <w:t>PROJECT 96</w:t>
      </w:r>
    </w:p>
    <w:p w14:paraId="5876BB20" w14:textId="77777777" w:rsidR="0071409D" w:rsidRDefault="001C58FC">
      <w:r>
        <w:rPr>
          <w:noProof/>
        </w:rPr>
        <w:lastRenderedPageBreak/>
        <w:drawing>
          <wp:inline distT="0" distB="0" distL="0" distR="0" wp14:anchorId="1D6CF14D" wp14:editId="7771D16A">
            <wp:extent cx="5212080" cy="3025971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0.jpe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025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955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16FE95A" w14:textId="77777777" w:rsidR="0071409D" w:rsidRDefault="001C58FC">
      <w:r>
        <w:rPr>
          <w:b/>
          <w:color w:val="B88C39"/>
          <w:sz w:val="26"/>
        </w:rPr>
        <w:t>PROJECT 97</w:t>
      </w:r>
    </w:p>
    <w:p w14:paraId="2D57EFFF" w14:textId="77777777" w:rsidR="0071409D" w:rsidRDefault="001C58FC">
      <w:r>
        <w:rPr>
          <w:noProof/>
        </w:rPr>
        <w:drawing>
          <wp:inline distT="0" distB="0" distL="0" distR="0" wp14:anchorId="647BC36C" wp14:editId="7B04E012">
            <wp:extent cx="5212080" cy="3844204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3.jpeg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84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EDC5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6787D47" w14:textId="77777777" w:rsidR="0071409D" w:rsidRDefault="001C58FC">
      <w:r>
        <w:rPr>
          <w:b/>
          <w:color w:val="B88C39"/>
          <w:sz w:val="26"/>
        </w:rPr>
        <w:t>PROJECT 98</w:t>
      </w:r>
    </w:p>
    <w:p w14:paraId="376AEE0D" w14:textId="77777777" w:rsidR="0071409D" w:rsidRDefault="001C58FC">
      <w:r>
        <w:rPr>
          <w:noProof/>
        </w:rPr>
        <w:lastRenderedPageBreak/>
        <w:drawing>
          <wp:inline distT="0" distB="0" distL="0" distR="0" wp14:anchorId="05150A94" wp14:editId="134382F2">
            <wp:extent cx="5212080" cy="2826029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4.jpe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826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B39B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7222F3F" w14:textId="77777777" w:rsidR="0071409D" w:rsidRDefault="001C58FC">
      <w:r>
        <w:rPr>
          <w:b/>
          <w:color w:val="B88C39"/>
          <w:sz w:val="26"/>
        </w:rPr>
        <w:t>PROJECT 99</w:t>
      </w:r>
    </w:p>
    <w:p w14:paraId="657B50D6" w14:textId="77777777" w:rsidR="0071409D" w:rsidRDefault="001C58FC">
      <w:r>
        <w:rPr>
          <w:noProof/>
        </w:rPr>
        <w:drawing>
          <wp:inline distT="0" distB="0" distL="0" distR="0" wp14:anchorId="200333B7" wp14:editId="35E3B6FE">
            <wp:extent cx="5212080" cy="2931795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9107C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05A50B9" w14:textId="77777777" w:rsidR="0071409D" w:rsidRDefault="001C58FC">
      <w:r>
        <w:rPr>
          <w:b/>
          <w:color w:val="B88C39"/>
          <w:sz w:val="26"/>
        </w:rPr>
        <w:t>PROJECT 100</w:t>
      </w:r>
    </w:p>
    <w:p w14:paraId="73D77D5B" w14:textId="77777777" w:rsidR="0071409D" w:rsidRDefault="001C58FC">
      <w:r>
        <w:rPr>
          <w:noProof/>
        </w:rPr>
        <w:lastRenderedPageBreak/>
        <w:drawing>
          <wp:inline distT="0" distB="0" distL="0" distR="0" wp14:anchorId="7BEFFAFF" wp14:editId="407D08D7">
            <wp:extent cx="5212080" cy="29365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jpe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0F61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31D5E5E" w14:textId="77777777" w:rsidR="0071409D" w:rsidRDefault="001C58FC">
      <w:r>
        <w:rPr>
          <w:b/>
          <w:color w:val="B88C39"/>
          <w:sz w:val="26"/>
        </w:rPr>
        <w:t>PROJECT 101</w:t>
      </w:r>
    </w:p>
    <w:p w14:paraId="08BA14B8" w14:textId="77777777" w:rsidR="0071409D" w:rsidRDefault="001C58FC">
      <w:r>
        <w:rPr>
          <w:noProof/>
        </w:rPr>
        <w:drawing>
          <wp:inline distT="0" distB="0" distL="0" distR="0" wp14:anchorId="17C8F1DB" wp14:editId="12F3188E">
            <wp:extent cx="5212080" cy="390906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jpeg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97EC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8419161" w14:textId="77777777" w:rsidR="0071409D" w:rsidRDefault="001C58FC">
      <w:r>
        <w:rPr>
          <w:b/>
          <w:color w:val="B88C39"/>
          <w:sz w:val="26"/>
        </w:rPr>
        <w:t>PROJECT 102</w:t>
      </w:r>
    </w:p>
    <w:p w14:paraId="2672FE19" w14:textId="77777777" w:rsidR="0071409D" w:rsidRDefault="001C58FC">
      <w:r>
        <w:rPr>
          <w:noProof/>
        </w:rPr>
        <w:lastRenderedPageBreak/>
        <w:drawing>
          <wp:inline distT="0" distB="0" distL="0" distR="0" wp14:anchorId="1301C9B1" wp14:editId="46A3576E">
            <wp:extent cx="5212080" cy="3641173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8.jpe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4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ABFF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9F3AAD1" w14:textId="77777777" w:rsidR="0071409D" w:rsidRDefault="001C58FC">
      <w:r>
        <w:rPr>
          <w:b/>
          <w:color w:val="B88C39"/>
          <w:sz w:val="26"/>
        </w:rPr>
        <w:t>PROJECT 103</w:t>
      </w:r>
    </w:p>
    <w:p w14:paraId="13ECFB54" w14:textId="77777777" w:rsidR="0071409D" w:rsidRDefault="001C58FC">
      <w:r>
        <w:rPr>
          <w:noProof/>
        </w:rPr>
        <w:drawing>
          <wp:inline distT="0" distB="0" distL="0" distR="0" wp14:anchorId="035DDF6C" wp14:editId="4350D826">
            <wp:extent cx="5212080" cy="3259644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9.jpeg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5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927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769CDFA" w14:textId="77777777" w:rsidR="0071409D" w:rsidRDefault="001C58FC">
      <w:r>
        <w:rPr>
          <w:b/>
          <w:color w:val="B88C39"/>
          <w:sz w:val="26"/>
        </w:rPr>
        <w:t>PROJECT 104</w:t>
      </w:r>
    </w:p>
    <w:p w14:paraId="510FB521" w14:textId="77777777" w:rsidR="0071409D" w:rsidRDefault="0071409D"/>
    <w:p w14:paraId="62A48D8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DD55186" w14:textId="77777777" w:rsidR="0071409D" w:rsidRDefault="001C58FC">
      <w:r>
        <w:rPr>
          <w:b/>
          <w:color w:val="B88C39"/>
          <w:sz w:val="26"/>
        </w:rPr>
        <w:t>PROJECT 105</w:t>
      </w:r>
    </w:p>
    <w:p w14:paraId="5BA55C57" w14:textId="77777777" w:rsidR="0071409D" w:rsidRDefault="001C58FC">
      <w:r>
        <w:rPr>
          <w:noProof/>
        </w:rPr>
        <w:drawing>
          <wp:inline distT="0" distB="0" distL="0" distR="0" wp14:anchorId="0F810033" wp14:editId="62F1688F">
            <wp:extent cx="5212080" cy="293179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6D9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D7C2618" w14:textId="77777777" w:rsidR="0071409D" w:rsidRDefault="001C58FC">
      <w:r>
        <w:rPr>
          <w:b/>
          <w:color w:val="B88C39"/>
          <w:sz w:val="26"/>
        </w:rPr>
        <w:t>PROJECT 106</w:t>
      </w:r>
    </w:p>
    <w:p w14:paraId="1ECE5F6E" w14:textId="77777777" w:rsidR="0071409D" w:rsidRDefault="001C58FC">
      <w:r>
        <w:rPr>
          <w:noProof/>
        </w:rPr>
        <w:lastRenderedPageBreak/>
        <w:drawing>
          <wp:inline distT="0" distB="0" distL="0" distR="0" wp14:anchorId="62453374" wp14:editId="13D3CC80">
            <wp:extent cx="5212080" cy="3749401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jpeg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749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FCA6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A751AFA" w14:textId="77777777" w:rsidR="0071409D" w:rsidRDefault="001C58FC">
      <w:r>
        <w:rPr>
          <w:b/>
          <w:color w:val="B88C39"/>
          <w:sz w:val="26"/>
        </w:rPr>
        <w:t>PROJECT 107</w:t>
      </w:r>
    </w:p>
    <w:p w14:paraId="3998B3F9" w14:textId="77777777" w:rsidR="0071409D" w:rsidRDefault="001C58FC">
      <w:r>
        <w:rPr>
          <w:noProof/>
        </w:rPr>
        <w:drawing>
          <wp:inline distT="0" distB="0" distL="0" distR="0" wp14:anchorId="3F58F86E" wp14:editId="533F7B10">
            <wp:extent cx="5212080" cy="2775263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jpe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775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D386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1AA15FE" w14:textId="77777777" w:rsidR="0071409D" w:rsidRDefault="001C58FC">
      <w:r>
        <w:rPr>
          <w:b/>
          <w:color w:val="B88C39"/>
          <w:sz w:val="26"/>
        </w:rPr>
        <w:t>PROJECT 108</w:t>
      </w:r>
    </w:p>
    <w:p w14:paraId="251AA929" w14:textId="77777777" w:rsidR="0071409D" w:rsidRDefault="001C58FC">
      <w:r>
        <w:rPr>
          <w:noProof/>
        </w:rPr>
        <w:lastRenderedPageBreak/>
        <w:drawing>
          <wp:inline distT="0" distB="0" distL="0" distR="0" wp14:anchorId="4560EC41" wp14:editId="3254527B">
            <wp:extent cx="5212080" cy="2931795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8555A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84F0DCD" w14:textId="77777777" w:rsidR="0071409D" w:rsidRDefault="001C58FC">
      <w:r>
        <w:rPr>
          <w:b/>
          <w:color w:val="B88C39"/>
          <w:sz w:val="26"/>
        </w:rPr>
        <w:t>PROJECT 109</w:t>
      </w:r>
    </w:p>
    <w:p w14:paraId="7BD13C79" w14:textId="77777777" w:rsidR="0071409D" w:rsidRDefault="001C58FC">
      <w:r>
        <w:rPr>
          <w:noProof/>
        </w:rPr>
        <w:lastRenderedPageBreak/>
        <w:drawing>
          <wp:inline distT="0" distB="0" distL="0" distR="0" wp14:anchorId="67ECFC7E" wp14:editId="099F5661">
            <wp:extent cx="5212080" cy="6945029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jpe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9E75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7FCD857" w14:textId="77777777" w:rsidR="0071409D" w:rsidRDefault="001C58FC">
      <w:r>
        <w:rPr>
          <w:b/>
          <w:color w:val="B88C39"/>
          <w:sz w:val="26"/>
        </w:rPr>
        <w:t>PROJECT 110</w:t>
      </w:r>
    </w:p>
    <w:p w14:paraId="0A042C05" w14:textId="77777777" w:rsidR="0071409D" w:rsidRDefault="001C58FC">
      <w:r>
        <w:rPr>
          <w:noProof/>
        </w:rPr>
        <w:lastRenderedPageBreak/>
        <w:drawing>
          <wp:inline distT="0" distB="0" distL="0" distR="0" wp14:anchorId="40C16A3B" wp14:editId="57152C9A">
            <wp:extent cx="5212080" cy="2939424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3.jpeg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1967F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2B5AE98" w14:textId="77777777" w:rsidR="0071409D" w:rsidRDefault="001C58FC">
      <w:r>
        <w:rPr>
          <w:b/>
          <w:color w:val="B88C39"/>
          <w:sz w:val="26"/>
        </w:rPr>
        <w:t>PROJECT 111</w:t>
      </w:r>
    </w:p>
    <w:p w14:paraId="7EF7C479" w14:textId="77777777" w:rsidR="0071409D" w:rsidRDefault="001C58FC">
      <w:r>
        <w:rPr>
          <w:noProof/>
        </w:rPr>
        <w:drawing>
          <wp:inline distT="0" distB="0" distL="0" distR="0" wp14:anchorId="625D019C" wp14:editId="2513AC91">
            <wp:extent cx="5212080" cy="2931795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4.pn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94C3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B2CE5EA" w14:textId="77777777" w:rsidR="0071409D" w:rsidRDefault="001C58FC">
      <w:r>
        <w:rPr>
          <w:b/>
          <w:color w:val="B88C39"/>
          <w:sz w:val="26"/>
        </w:rPr>
        <w:t>PROJECT 112</w:t>
      </w:r>
    </w:p>
    <w:p w14:paraId="347D345A" w14:textId="77777777" w:rsidR="0071409D" w:rsidRDefault="001C58FC">
      <w:r>
        <w:rPr>
          <w:noProof/>
        </w:rPr>
        <w:lastRenderedPageBreak/>
        <w:drawing>
          <wp:inline distT="0" distB="0" distL="0" distR="0" wp14:anchorId="7ED009EB" wp14:editId="0E197502">
            <wp:extent cx="5212080" cy="3474719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5.jpeg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E324B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CEC39AB" w14:textId="77777777" w:rsidR="0071409D" w:rsidRDefault="001C58FC">
      <w:r>
        <w:rPr>
          <w:b/>
          <w:color w:val="B88C39"/>
          <w:sz w:val="26"/>
        </w:rPr>
        <w:t>PROJECT 113</w:t>
      </w:r>
    </w:p>
    <w:p w14:paraId="1D6D2778" w14:textId="77777777" w:rsidR="0071409D" w:rsidRDefault="001C58FC">
      <w:r>
        <w:rPr>
          <w:noProof/>
        </w:rPr>
        <w:drawing>
          <wp:inline distT="0" distB="0" distL="0" distR="0" wp14:anchorId="01AA924A" wp14:editId="07BADC14">
            <wp:extent cx="5212080" cy="2931795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FF1F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042ACF5" w14:textId="77777777" w:rsidR="0071409D" w:rsidRDefault="001C58FC">
      <w:r>
        <w:rPr>
          <w:b/>
          <w:color w:val="B88C39"/>
          <w:sz w:val="26"/>
        </w:rPr>
        <w:t>PROJECT 114</w:t>
      </w:r>
    </w:p>
    <w:p w14:paraId="28F20234" w14:textId="77777777" w:rsidR="0071409D" w:rsidRDefault="001C58FC">
      <w:r>
        <w:rPr>
          <w:noProof/>
        </w:rPr>
        <w:lastRenderedPageBreak/>
        <w:drawing>
          <wp:inline distT="0" distB="0" distL="0" distR="0" wp14:anchorId="2699B1C7" wp14:editId="7145E6D6">
            <wp:extent cx="5212080" cy="3905693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eg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5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B5E8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1755DFE" w14:textId="77777777" w:rsidR="0071409D" w:rsidRDefault="001C58FC">
      <w:r>
        <w:rPr>
          <w:b/>
          <w:color w:val="B88C39"/>
          <w:sz w:val="26"/>
        </w:rPr>
        <w:t>PROJECT 115</w:t>
      </w:r>
    </w:p>
    <w:p w14:paraId="1EA3BF07" w14:textId="77777777" w:rsidR="0071409D" w:rsidRDefault="001C58FC">
      <w:r>
        <w:rPr>
          <w:noProof/>
        </w:rPr>
        <w:drawing>
          <wp:inline distT="0" distB="0" distL="0" distR="0" wp14:anchorId="21B5A29B" wp14:editId="502BE41B">
            <wp:extent cx="5212080" cy="3900917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jpe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0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43CA6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0F75C42" w14:textId="77777777" w:rsidR="0071409D" w:rsidRDefault="001C58FC">
      <w:r>
        <w:rPr>
          <w:b/>
          <w:color w:val="B88C39"/>
          <w:sz w:val="26"/>
        </w:rPr>
        <w:t>PROJECT 116</w:t>
      </w:r>
    </w:p>
    <w:p w14:paraId="5C9B3368" w14:textId="77777777" w:rsidR="0071409D" w:rsidRDefault="001C58FC">
      <w:r>
        <w:rPr>
          <w:noProof/>
        </w:rPr>
        <w:drawing>
          <wp:inline distT="0" distB="0" distL="0" distR="0" wp14:anchorId="3EDACACE" wp14:editId="6AA3295C">
            <wp:extent cx="5212080" cy="3973701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8.jpeg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7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FF81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4AE80DA" w14:textId="77777777" w:rsidR="0071409D" w:rsidRDefault="001C58FC">
      <w:r>
        <w:rPr>
          <w:b/>
          <w:color w:val="B88C39"/>
          <w:sz w:val="26"/>
        </w:rPr>
        <w:t>PROJECT 117</w:t>
      </w:r>
    </w:p>
    <w:p w14:paraId="3591D887" w14:textId="77777777" w:rsidR="0071409D" w:rsidRDefault="001C58FC">
      <w:r>
        <w:rPr>
          <w:noProof/>
        </w:rPr>
        <w:lastRenderedPageBreak/>
        <w:drawing>
          <wp:inline distT="0" distB="0" distL="0" distR="0" wp14:anchorId="1076972D" wp14:editId="30924A47">
            <wp:extent cx="5212080" cy="390906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9.jpe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88C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28772E3" w14:textId="77777777" w:rsidR="0071409D" w:rsidRDefault="001C58FC">
      <w:r>
        <w:rPr>
          <w:b/>
          <w:color w:val="B88C39"/>
          <w:sz w:val="26"/>
        </w:rPr>
        <w:t>PROJECT 118</w:t>
      </w:r>
    </w:p>
    <w:p w14:paraId="614F4455" w14:textId="77777777" w:rsidR="0071409D" w:rsidRDefault="001C58FC">
      <w:r>
        <w:rPr>
          <w:noProof/>
        </w:rPr>
        <w:drawing>
          <wp:inline distT="0" distB="0" distL="0" distR="0" wp14:anchorId="773850B8" wp14:editId="467D9542">
            <wp:extent cx="5212080" cy="2631842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631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D50D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913FBE9" w14:textId="77777777" w:rsidR="0071409D" w:rsidRDefault="001C58FC">
      <w:r>
        <w:rPr>
          <w:b/>
          <w:color w:val="B88C39"/>
          <w:sz w:val="26"/>
        </w:rPr>
        <w:t>PROJECT 119</w:t>
      </w:r>
    </w:p>
    <w:p w14:paraId="3EB3FA61" w14:textId="77777777" w:rsidR="0071409D" w:rsidRDefault="001C58FC">
      <w:r>
        <w:rPr>
          <w:noProof/>
        </w:rPr>
        <w:lastRenderedPageBreak/>
        <w:drawing>
          <wp:inline distT="0" distB="0" distL="0" distR="0" wp14:anchorId="5AD3ECE7" wp14:editId="0F34314A">
            <wp:extent cx="5212080" cy="3468402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e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68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21D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2B3532D" w14:textId="77777777" w:rsidR="0071409D" w:rsidRDefault="001C58FC">
      <w:r>
        <w:rPr>
          <w:b/>
          <w:color w:val="B88C39"/>
          <w:sz w:val="26"/>
        </w:rPr>
        <w:t>PROJECT 120</w:t>
      </w:r>
    </w:p>
    <w:p w14:paraId="548AAFAD" w14:textId="77777777" w:rsidR="0071409D" w:rsidRDefault="001C58FC">
      <w:r>
        <w:rPr>
          <w:noProof/>
        </w:rPr>
        <w:drawing>
          <wp:inline distT="0" distB="0" distL="0" distR="0" wp14:anchorId="60538F6A" wp14:editId="00B1C3CE">
            <wp:extent cx="5212080" cy="390640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jpeg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260E1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FCB7A33" w14:textId="77777777" w:rsidR="0071409D" w:rsidRDefault="001C58FC">
      <w:r>
        <w:rPr>
          <w:b/>
          <w:color w:val="B88C39"/>
          <w:sz w:val="26"/>
        </w:rPr>
        <w:t>PROJECT 121</w:t>
      </w:r>
    </w:p>
    <w:p w14:paraId="0C1B9D92" w14:textId="77777777" w:rsidR="0071409D" w:rsidRDefault="001C58FC">
      <w:r>
        <w:rPr>
          <w:noProof/>
        </w:rPr>
        <w:drawing>
          <wp:inline distT="0" distB="0" distL="0" distR="0" wp14:anchorId="3EB177B3" wp14:editId="3949DAE8">
            <wp:extent cx="5212080" cy="325755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5.jpe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8F8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E261AD0" w14:textId="77777777" w:rsidR="0071409D" w:rsidRDefault="001C58FC">
      <w:r>
        <w:rPr>
          <w:b/>
          <w:color w:val="B88C39"/>
          <w:sz w:val="26"/>
        </w:rPr>
        <w:t>PROJECT 122</w:t>
      </w:r>
    </w:p>
    <w:p w14:paraId="36DF53F6" w14:textId="77777777" w:rsidR="0071409D" w:rsidRDefault="001C58FC">
      <w:r>
        <w:rPr>
          <w:noProof/>
        </w:rPr>
        <w:lastRenderedPageBreak/>
        <w:drawing>
          <wp:inline distT="0" distB="0" distL="0" distR="0" wp14:anchorId="615FC328" wp14:editId="31CEBD4F">
            <wp:extent cx="5212080" cy="9345799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jpeg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934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A4D943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F2FB176" w14:textId="77777777" w:rsidR="0071409D" w:rsidRDefault="001C58FC">
      <w:r>
        <w:rPr>
          <w:b/>
          <w:color w:val="B88C39"/>
          <w:sz w:val="26"/>
        </w:rPr>
        <w:t>PROJECT 123</w:t>
      </w:r>
    </w:p>
    <w:p w14:paraId="23B7D8B5" w14:textId="77777777" w:rsidR="0071409D" w:rsidRDefault="001C58FC">
      <w:r>
        <w:rPr>
          <w:noProof/>
        </w:rPr>
        <w:drawing>
          <wp:inline distT="0" distB="0" distL="0" distR="0" wp14:anchorId="63414921" wp14:editId="5A9F5120">
            <wp:extent cx="5212080" cy="3477435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6.jpe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7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14D40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FFD849D" w14:textId="77777777" w:rsidR="0071409D" w:rsidRDefault="001C58FC">
      <w:r>
        <w:rPr>
          <w:b/>
          <w:color w:val="B88C39"/>
          <w:sz w:val="26"/>
        </w:rPr>
        <w:t>PROJECT 124</w:t>
      </w:r>
    </w:p>
    <w:p w14:paraId="4BD5583F" w14:textId="77777777" w:rsidR="0071409D" w:rsidRDefault="001C58FC">
      <w:r>
        <w:rPr>
          <w:noProof/>
        </w:rPr>
        <w:drawing>
          <wp:inline distT="0" distB="0" distL="0" distR="0" wp14:anchorId="2CF8262C" wp14:editId="46DD2EE4">
            <wp:extent cx="5212080" cy="2953892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1.jpeg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5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7413A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57E2DD3" w14:textId="77777777" w:rsidR="0071409D" w:rsidRDefault="001C58FC">
      <w:r>
        <w:rPr>
          <w:b/>
          <w:color w:val="B88C39"/>
          <w:sz w:val="26"/>
        </w:rPr>
        <w:t>PROJECT 125</w:t>
      </w:r>
    </w:p>
    <w:p w14:paraId="04B0FD1B" w14:textId="77777777" w:rsidR="0071409D" w:rsidRDefault="001C58FC">
      <w:r>
        <w:rPr>
          <w:noProof/>
        </w:rPr>
        <w:drawing>
          <wp:inline distT="0" distB="0" distL="0" distR="0" wp14:anchorId="2E5CB08E" wp14:editId="34EDF541">
            <wp:extent cx="5212080" cy="2980083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jpe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8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A954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66CAB0B" w14:textId="77777777" w:rsidR="0071409D" w:rsidRDefault="001C58FC">
      <w:r>
        <w:rPr>
          <w:b/>
          <w:color w:val="B88C39"/>
          <w:sz w:val="26"/>
        </w:rPr>
        <w:t>PROJECT 126</w:t>
      </w:r>
    </w:p>
    <w:p w14:paraId="11EA82F7" w14:textId="77777777" w:rsidR="0071409D" w:rsidRDefault="001C58FC">
      <w:r>
        <w:rPr>
          <w:noProof/>
        </w:rPr>
        <w:drawing>
          <wp:inline distT="0" distB="0" distL="0" distR="0" wp14:anchorId="27E684E6" wp14:editId="51852D91">
            <wp:extent cx="5212080" cy="3909059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jpeg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EF985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FA76193" w14:textId="77777777" w:rsidR="0071409D" w:rsidRDefault="001C58FC">
      <w:r>
        <w:rPr>
          <w:b/>
          <w:color w:val="B88C39"/>
          <w:sz w:val="26"/>
        </w:rPr>
        <w:t>PROJECT 127</w:t>
      </w:r>
    </w:p>
    <w:p w14:paraId="2356FA6D" w14:textId="77777777" w:rsidR="0071409D" w:rsidRDefault="001C58FC">
      <w:r>
        <w:rPr>
          <w:noProof/>
        </w:rPr>
        <w:drawing>
          <wp:inline distT="0" distB="0" distL="0" distR="0" wp14:anchorId="7D31EE7C" wp14:editId="7F9710F1">
            <wp:extent cx="5212080" cy="5649115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5.jpe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64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2000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55759D1" w14:textId="77777777" w:rsidR="0071409D" w:rsidRDefault="001C58FC">
      <w:r>
        <w:rPr>
          <w:b/>
          <w:color w:val="B88C39"/>
          <w:sz w:val="26"/>
        </w:rPr>
        <w:t>PROJECT 128</w:t>
      </w:r>
    </w:p>
    <w:p w14:paraId="431D81E4" w14:textId="77777777" w:rsidR="0071409D" w:rsidRDefault="001C58FC">
      <w:r>
        <w:rPr>
          <w:noProof/>
        </w:rPr>
        <w:lastRenderedPageBreak/>
        <w:drawing>
          <wp:inline distT="0" distB="0" distL="0" distR="0" wp14:anchorId="6171DE2B" wp14:editId="6864F1C2">
            <wp:extent cx="5212080" cy="390906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0.jpeg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0CCEEF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C6B8F20" w14:textId="77777777" w:rsidR="0071409D" w:rsidRDefault="001C58FC">
      <w:r>
        <w:rPr>
          <w:b/>
          <w:color w:val="B88C39"/>
          <w:sz w:val="26"/>
        </w:rPr>
        <w:t>PROJECT 129</w:t>
      </w:r>
    </w:p>
    <w:p w14:paraId="355E9279" w14:textId="77777777" w:rsidR="0071409D" w:rsidRDefault="001C58FC">
      <w:r>
        <w:rPr>
          <w:noProof/>
        </w:rPr>
        <w:drawing>
          <wp:inline distT="0" distB="0" distL="0" distR="0" wp14:anchorId="039B8D07" wp14:editId="017DE817">
            <wp:extent cx="5212080" cy="3909058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e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E941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172060E" w14:textId="77777777" w:rsidR="0071409D" w:rsidRDefault="001C58FC">
      <w:r>
        <w:rPr>
          <w:b/>
          <w:color w:val="B88C39"/>
          <w:sz w:val="26"/>
        </w:rPr>
        <w:t>PROJECT 130</w:t>
      </w:r>
    </w:p>
    <w:p w14:paraId="7E5F1DB3" w14:textId="77777777" w:rsidR="0071409D" w:rsidRDefault="001C58FC">
      <w:r>
        <w:rPr>
          <w:noProof/>
        </w:rPr>
        <w:drawing>
          <wp:inline distT="0" distB="0" distL="0" distR="0" wp14:anchorId="563D63B7" wp14:editId="0C274784">
            <wp:extent cx="5212080" cy="3906293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jpeg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35B5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5D396BB" w14:textId="77777777" w:rsidR="0071409D" w:rsidRDefault="001C58FC">
      <w:r>
        <w:rPr>
          <w:b/>
          <w:color w:val="B88C39"/>
          <w:sz w:val="26"/>
        </w:rPr>
        <w:t>PROJECT 131</w:t>
      </w:r>
    </w:p>
    <w:p w14:paraId="514A6F61" w14:textId="77777777" w:rsidR="0071409D" w:rsidRDefault="001C58FC">
      <w:r>
        <w:rPr>
          <w:noProof/>
        </w:rPr>
        <w:drawing>
          <wp:inline distT="0" distB="0" distL="0" distR="0" wp14:anchorId="59EF3E56" wp14:editId="4A37499A">
            <wp:extent cx="5212080" cy="2929981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jpe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9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FC85C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FD64F62" w14:textId="77777777" w:rsidR="0071409D" w:rsidRDefault="001C58FC">
      <w:r>
        <w:rPr>
          <w:b/>
          <w:color w:val="B88C39"/>
          <w:sz w:val="26"/>
        </w:rPr>
        <w:t>PROJECT 132</w:t>
      </w:r>
    </w:p>
    <w:p w14:paraId="7BB033E5" w14:textId="77777777" w:rsidR="0071409D" w:rsidRDefault="001C58FC">
      <w:r>
        <w:rPr>
          <w:noProof/>
        </w:rPr>
        <w:drawing>
          <wp:inline distT="0" distB="0" distL="0" distR="0" wp14:anchorId="460F630D" wp14:editId="5757B5D9">
            <wp:extent cx="5212080" cy="6949441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1.jpeg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4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3DB7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1C74710" w14:textId="77777777" w:rsidR="0071409D" w:rsidRDefault="001C58FC">
      <w:r>
        <w:rPr>
          <w:b/>
          <w:color w:val="B88C39"/>
          <w:sz w:val="26"/>
        </w:rPr>
        <w:t>PROJECT 133</w:t>
      </w:r>
    </w:p>
    <w:p w14:paraId="14FDFAB2" w14:textId="77777777" w:rsidR="0071409D" w:rsidRDefault="001C58FC">
      <w:r>
        <w:rPr>
          <w:noProof/>
        </w:rPr>
        <w:lastRenderedPageBreak/>
        <w:drawing>
          <wp:inline distT="0" distB="0" distL="0" distR="0" wp14:anchorId="5AE834A6" wp14:editId="1938B6F3">
            <wp:extent cx="5212080" cy="345366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4.jpe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45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735E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42B1A48" w14:textId="77777777" w:rsidR="0071409D" w:rsidRDefault="001C58FC">
      <w:r>
        <w:rPr>
          <w:b/>
          <w:color w:val="B88C39"/>
          <w:sz w:val="26"/>
        </w:rPr>
        <w:t>PROJECT 134</w:t>
      </w:r>
    </w:p>
    <w:p w14:paraId="149C2DAD" w14:textId="77777777" w:rsidR="0071409D" w:rsidRDefault="001C58FC">
      <w:r>
        <w:rPr>
          <w:noProof/>
        </w:rPr>
        <w:drawing>
          <wp:inline distT="0" distB="0" distL="0" distR="0" wp14:anchorId="2FCF384F" wp14:editId="3BAFF2BC">
            <wp:extent cx="5212080" cy="2931795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5.png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10071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3CACA8A" w14:textId="77777777" w:rsidR="0071409D" w:rsidRDefault="001C58FC">
      <w:r>
        <w:rPr>
          <w:b/>
          <w:color w:val="B88C39"/>
          <w:sz w:val="26"/>
        </w:rPr>
        <w:t>PROJECT 135</w:t>
      </w:r>
    </w:p>
    <w:p w14:paraId="55C8E1A7" w14:textId="77777777" w:rsidR="0071409D" w:rsidRDefault="001C58FC">
      <w:r>
        <w:rPr>
          <w:noProof/>
        </w:rPr>
        <w:lastRenderedPageBreak/>
        <w:drawing>
          <wp:inline distT="0" distB="0" distL="0" distR="0" wp14:anchorId="67FFED70" wp14:editId="6044C50A">
            <wp:extent cx="5212080" cy="6456756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6.jpe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45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5B57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22902C84" w14:textId="77777777" w:rsidR="0071409D" w:rsidRDefault="001C58FC">
      <w:r>
        <w:rPr>
          <w:b/>
          <w:color w:val="B88C39"/>
          <w:sz w:val="26"/>
        </w:rPr>
        <w:t>PROJECT 136</w:t>
      </w:r>
    </w:p>
    <w:p w14:paraId="10088EF6" w14:textId="77777777" w:rsidR="0071409D" w:rsidRDefault="001C58FC">
      <w:r>
        <w:rPr>
          <w:noProof/>
        </w:rPr>
        <w:lastRenderedPageBreak/>
        <w:drawing>
          <wp:inline distT="0" distB="0" distL="0" distR="0" wp14:anchorId="49480B4A" wp14:editId="6BE5FCFB">
            <wp:extent cx="5212080" cy="1996966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1996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12007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01669E9" w14:textId="77777777" w:rsidR="0071409D" w:rsidRDefault="001C58FC">
      <w:r>
        <w:rPr>
          <w:b/>
          <w:color w:val="B88C39"/>
          <w:sz w:val="26"/>
        </w:rPr>
        <w:t>PROJECT 137</w:t>
      </w:r>
    </w:p>
    <w:p w14:paraId="66E9E06A" w14:textId="77777777" w:rsidR="0071409D" w:rsidRDefault="001C58FC">
      <w:r>
        <w:rPr>
          <w:noProof/>
        </w:rPr>
        <w:drawing>
          <wp:inline distT="0" distB="0" distL="0" distR="0" wp14:anchorId="712726FC" wp14:editId="060F90DB">
            <wp:extent cx="5212080" cy="3914422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jpe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4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33B5E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5195E76" w14:textId="77777777" w:rsidR="0071409D" w:rsidRDefault="001C58FC">
      <w:r>
        <w:rPr>
          <w:b/>
          <w:color w:val="B88C39"/>
          <w:sz w:val="26"/>
        </w:rPr>
        <w:t>PROJECT 138</w:t>
      </w:r>
    </w:p>
    <w:p w14:paraId="4949C27D" w14:textId="77777777" w:rsidR="0071409D" w:rsidRDefault="001C58FC">
      <w:r>
        <w:rPr>
          <w:noProof/>
        </w:rPr>
        <w:lastRenderedPageBreak/>
        <w:drawing>
          <wp:inline distT="0" distB="0" distL="0" distR="0" wp14:anchorId="1E34C60D" wp14:editId="699EA5CE">
            <wp:extent cx="5212080" cy="3911031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jpeg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1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7054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1528D1F" w14:textId="77777777" w:rsidR="0071409D" w:rsidRDefault="001C58FC">
      <w:r>
        <w:rPr>
          <w:b/>
          <w:color w:val="B88C39"/>
          <w:sz w:val="26"/>
        </w:rPr>
        <w:t>PROJECT 139</w:t>
      </w:r>
    </w:p>
    <w:p w14:paraId="36FCC2AB" w14:textId="77777777" w:rsidR="0071409D" w:rsidRDefault="001C58FC">
      <w:r>
        <w:rPr>
          <w:noProof/>
        </w:rPr>
        <w:drawing>
          <wp:inline distT="0" distB="0" distL="0" distR="0" wp14:anchorId="064BBBD0" wp14:editId="2270C43A">
            <wp:extent cx="5212080" cy="2931795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4DCE3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305A9DDF" w14:textId="77777777" w:rsidR="0071409D" w:rsidRDefault="001C58FC">
      <w:r>
        <w:rPr>
          <w:b/>
          <w:color w:val="B88C39"/>
          <w:sz w:val="26"/>
        </w:rPr>
        <w:t>PROJECT 140</w:t>
      </w:r>
    </w:p>
    <w:p w14:paraId="1F6750B3" w14:textId="77777777" w:rsidR="0071409D" w:rsidRDefault="001C58FC">
      <w:r>
        <w:rPr>
          <w:noProof/>
        </w:rPr>
        <w:lastRenderedPageBreak/>
        <w:drawing>
          <wp:inline distT="0" distB="0" distL="0" distR="0" wp14:anchorId="5B24983F" wp14:editId="25F1850D">
            <wp:extent cx="5212080" cy="2931795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FB0F4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88456E1" w14:textId="77777777" w:rsidR="0071409D" w:rsidRDefault="001C58FC">
      <w:r>
        <w:rPr>
          <w:b/>
          <w:color w:val="B88C39"/>
          <w:sz w:val="26"/>
        </w:rPr>
        <w:t>PROJECT 141</w:t>
      </w:r>
    </w:p>
    <w:p w14:paraId="0805F891" w14:textId="77777777" w:rsidR="0071409D" w:rsidRDefault="001C58FC">
      <w:r>
        <w:rPr>
          <w:noProof/>
        </w:rPr>
        <w:drawing>
          <wp:inline distT="0" distB="0" distL="0" distR="0" wp14:anchorId="3D8A073C" wp14:editId="73445585">
            <wp:extent cx="5212080" cy="3917966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5.jpe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1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8BD8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08ACE03" w14:textId="77777777" w:rsidR="0071409D" w:rsidRDefault="001C58FC">
      <w:r>
        <w:rPr>
          <w:b/>
          <w:color w:val="B88C39"/>
          <w:sz w:val="26"/>
        </w:rPr>
        <w:t>PROJECT 142</w:t>
      </w:r>
    </w:p>
    <w:p w14:paraId="780E1C2F" w14:textId="77777777" w:rsidR="0071409D" w:rsidRDefault="001C58FC">
      <w:r>
        <w:rPr>
          <w:noProof/>
        </w:rPr>
        <w:lastRenderedPageBreak/>
        <w:drawing>
          <wp:inline distT="0" distB="0" distL="0" distR="0" wp14:anchorId="1F91CF85" wp14:editId="37D2F310">
            <wp:extent cx="5212080" cy="6959795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6.jpeg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59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C21C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79887594" w14:textId="77777777" w:rsidR="0071409D" w:rsidRDefault="001C58FC">
      <w:r>
        <w:rPr>
          <w:b/>
          <w:color w:val="B88C39"/>
          <w:sz w:val="26"/>
        </w:rPr>
        <w:t>PROJECT 143</w:t>
      </w:r>
    </w:p>
    <w:p w14:paraId="0313A801" w14:textId="77777777" w:rsidR="0071409D" w:rsidRDefault="001C58FC">
      <w:r>
        <w:rPr>
          <w:noProof/>
        </w:rPr>
        <w:lastRenderedPageBreak/>
        <w:drawing>
          <wp:inline distT="0" distB="0" distL="0" distR="0" wp14:anchorId="32C38D2C" wp14:editId="130B9B17">
            <wp:extent cx="5212080" cy="693837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2.jpe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69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0DDF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1BEF4D82" w14:textId="77777777" w:rsidR="0071409D" w:rsidRDefault="001C58FC">
      <w:r>
        <w:rPr>
          <w:b/>
          <w:color w:val="B88C39"/>
          <w:sz w:val="26"/>
        </w:rPr>
        <w:t>PROJECT 144</w:t>
      </w:r>
    </w:p>
    <w:p w14:paraId="467D2E5F" w14:textId="77777777" w:rsidR="0071409D" w:rsidRDefault="001C58FC">
      <w:r>
        <w:rPr>
          <w:noProof/>
        </w:rPr>
        <w:lastRenderedPageBreak/>
        <w:drawing>
          <wp:inline distT="0" distB="0" distL="0" distR="0" wp14:anchorId="3F498D7C" wp14:editId="03C59682">
            <wp:extent cx="5212080" cy="3906037"/>
            <wp:effectExtent l="0" t="0" r="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jpeg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90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8CA8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E2F6D79" w14:textId="77777777" w:rsidR="0071409D" w:rsidRDefault="001C58FC">
      <w:r>
        <w:rPr>
          <w:b/>
          <w:color w:val="B88C39"/>
          <w:sz w:val="26"/>
        </w:rPr>
        <w:t>PROJECT 145</w:t>
      </w:r>
    </w:p>
    <w:p w14:paraId="4C878429" w14:textId="77777777" w:rsidR="0071409D" w:rsidRDefault="001C58FC">
      <w:r>
        <w:rPr>
          <w:noProof/>
        </w:rPr>
        <w:drawing>
          <wp:inline distT="0" distB="0" distL="0" distR="0" wp14:anchorId="4E2B9F24" wp14:editId="7A84FE78">
            <wp:extent cx="5212080" cy="3629984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0.jpe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362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E6047F" w14:textId="77777777" w:rsidR="0071409D" w:rsidRDefault="001C58FC">
      <w:r>
        <w:rPr>
          <w:color w:val="232323"/>
          <w:sz w:val="21"/>
        </w:rPr>
        <w:lastRenderedPageBreak/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4472951" w14:textId="77777777" w:rsidR="0071409D" w:rsidRDefault="001C58FC">
      <w:r>
        <w:rPr>
          <w:b/>
          <w:color w:val="B88C39"/>
          <w:sz w:val="26"/>
        </w:rPr>
        <w:t>PROJECT 146</w:t>
      </w:r>
    </w:p>
    <w:p w14:paraId="1908F693" w14:textId="77777777" w:rsidR="0071409D" w:rsidRDefault="001C58FC">
      <w:r>
        <w:rPr>
          <w:noProof/>
        </w:rPr>
        <w:drawing>
          <wp:inline distT="0" distB="0" distL="0" distR="0" wp14:anchorId="5B232BFE" wp14:editId="6F5B866A">
            <wp:extent cx="5212080" cy="2970012"/>
            <wp:effectExtent l="0" t="0" r="0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jpeg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7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81955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6E2080A2" w14:textId="77777777" w:rsidR="0071409D" w:rsidRDefault="001C58FC">
      <w:r>
        <w:rPr>
          <w:b/>
          <w:color w:val="B88C39"/>
          <w:sz w:val="26"/>
        </w:rPr>
        <w:t>PROJECT 147</w:t>
      </w:r>
    </w:p>
    <w:p w14:paraId="6FF3ADE0" w14:textId="77777777" w:rsidR="0071409D" w:rsidRDefault="001C58FC">
      <w:r>
        <w:rPr>
          <w:noProof/>
        </w:rPr>
        <w:drawing>
          <wp:inline distT="0" distB="0" distL="0" distR="0" wp14:anchorId="254073DD" wp14:editId="34A9B9BB">
            <wp:extent cx="5212080" cy="2927936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5.jpe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2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26149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433B118D" w14:textId="77777777" w:rsidR="0071409D" w:rsidRDefault="001C58FC">
      <w:r>
        <w:rPr>
          <w:b/>
          <w:color w:val="B88C39"/>
          <w:sz w:val="26"/>
        </w:rPr>
        <w:t>PROJECT 148</w:t>
      </w:r>
    </w:p>
    <w:p w14:paraId="4C1D1494" w14:textId="77777777" w:rsidR="0071409D" w:rsidRDefault="001C58FC">
      <w:r>
        <w:rPr>
          <w:noProof/>
        </w:rPr>
        <w:lastRenderedPageBreak/>
        <w:drawing>
          <wp:inline distT="0" distB="0" distL="0" distR="0" wp14:anchorId="6E47099B" wp14:editId="364874DF">
            <wp:extent cx="5212080" cy="2931795"/>
            <wp:effectExtent l="0" t="0" r="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6.png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1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B611D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53B945DD" w14:textId="77777777" w:rsidR="0071409D" w:rsidRDefault="001C58FC">
      <w:r>
        <w:rPr>
          <w:b/>
          <w:color w:val="B88C39"/>
          <w:sz w:val="26"/>
        </w:rPr>
        <w:t>PROJECT 149</w:t>
      </w:r>
    </w:p>
    <w:p w14:paraId="05BA0F32" w14:textId="77777777" w:rsidR="0071409D" w:rsidRDefault="001C58FC">
      <w:r>
        <w:rPr>
          <w:noProof/>
        </w:rPr>
        <w:drawing>
          <wp:inline distT="0" distB="0" distL="0" distR="0" wp14:anchorId="14B868B4" wp14:editId="01958521">
            <wp:extent cx="5212080" cy="2930364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93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5B7D2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0C9D826" w14:textId="77777777" w:rsidR="0071409D" w:rsidRDefault="001C58FC">
      <w:r>
        <w:rPr>
          <w:b/>
          <w:color w:val="B88C39"/>
          <w:sz w:val="26"/>
        </w:rPr>
        <w:t>PROJECT 150</w:t>
      </w:r>
    </w:p>
    <w:p w14:paraId="5A75C9A6" w14:textId="77777777" w:rsidR="0071409D" w:rsidRDefault="001C58FC">
      <w:r>
        <w:rPr>
          <w:noProof/>
        </w:rPr>
        <w:lastRenderedPageBreak/>
        <w:drawing>
          <wp:inline distT="0" distB="0" distL="0" distR="0" wp14:anchorId="6020FE41" wp14:editId="6CC6F774">
            <wp:extent cx="5212080" cy="5095738"/>
            <wp:effectExtent l="0" t="0" r="0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7.jpeg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5095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5C6B6" w14:textId="77777777" w:rsidR="0071409D" w:rsidRDefault="001C58FC">
      <w:r>
        <w:rPr>
          <w:color w:val="232323"/>
          <w:sz w:val="21"/>
        </w:rPr>
        <w:t>Large-scale infrastructure and construction project executed by PROTOCEM, including civil works, urban development, industrial facilities, hydraulic systems, paving, electrical installations and specialized construction services.</w:t>
      </w:r>
    </w:p>
    <w:p w14:paraId="05651E85" w14:textId="77777777" w:rsidR="0071409D" w:rsidRDefault="001C58FC">
      <w:r>
        <w:br w:type="page"/>
      </w:r>
    </w:p>
    <w:p w14:paraId="13508519" w14:textId="77777777" w:rsidR="0071409D" w:rsidRPr="006D29B3" w:rsidRDefault="001C58FC">
      <w:pPr>
        <w:rPr>
          <w:lang w:val="es-MX"/>
        </w:rPr>
      </w:pPr>
      <w:r w:rsidRPr="006D29B3">
        <w:rPr>
          <w:b/>
          <w:color w:val="B88C39"/>
          <w:sz w:val="32"/>
          <w:lang w:val="es-MX"/>
        </w:rPr>
        <w:lastRenderedPageBreak/>
        <w:t>CORPORATE INFORMATION</w:t>
      </w:r>
    </w:p>
    <w:p w14:paraId="130ECD14" w14:textId="77777777" w:rsidR="0071409D" w:rsidRPr="006D29B3" w:rsidRDefault="001C58FC">
      <w:pPr>
        <w:rPr>
          <w:lang w:val="es-MX"/>
        </w:rPr>
      </w:pPr>
      <w:proofErr w:type="spellStart"/>
      <w:r w:rsidRPr="006D29B3">
        <w:rPr>
          <w:color w:val="232323"/>
          <w:sz w:val="21"/>
          <w:lang w:val="es-MX"/>
        </w:rPr>
        <w:t>Commercial</w:t>
      </w:r>
      <w:proofErr w:type="spellEnd"/>
      <w:r w:rsidRPr="006D29B3">
        <w:rPr>
          <w:color w:val="232323"/>
          <w:sz w:val="21"/>
          <w:lang w:val="es-MX"/>
        </w:rPr>
        <w:t xml:space="preserve"> Name: PROTOCEM</w:t>
      </w:r>
      <w:r w:rsidRPr="006D29B3">
        <w:rPr>
          <w:color w:val="232323"/>
          <w:sz w:val="21"/>
          <w:lang w:val="es-MX"/>
        </w:rPr>
        <w:br/>
        <w:t>Legal Representative: I.C. Carlos Eduardo Macías Cháirez</w:t>
      </w:r>
      <w:r w:rsidRPr="006D29B3">
        <w:rPr>
          <w:color w:val="232323"/>
          <w:sz w:val="21"/>
          <w:lang w:val="es-MX"/>
        </w:rPr>
        <w:br/>
        <w:t xml:space="preserve">Professional </w:t>
      </w:r>
      <w:proofErr w:type="spellStart"/>
      <w:r w:rsidRPr="006D29B3">
        <w:rPr>
          <w:color w:val="232323"/>
          <w:sz w:val="21"/>
          <w:lang w:val="es-MX"/>
        </w:rPr>
        <w:t>License</w:t>
      </w:r>
      <w:proofErr w:type="spellEnd"/>
      <w:r w:rsidRPr="006D29B3">
        <w:rPr>
          <w:color w:val="232323"/>
          <w:sz w:val="21"/>
          <w:lang w:val="es-MX"/>
        </w:rPr>
        <w:t>: 6151593</w:t>
      </w:r>
      <w:r w:rsidRPr="006D29B3">
        <w:rPr>
          <w:color w:val="232323"/>
          <w:sz w:val="21"/>
          <w:lang w:val="es-MX"/>
        </w:rPr>
        <w:br/>
      </w:r>
      <w:proofErr w:type="spellStart"/>
      <w:r w:rsidRPr="006D29B3">
        <w:rPr>
          <w:color w:val="232323"/>
          <w:sz w:val="21"/>
          <w:lang w:val="es-MX"/>
        </w:rPr>
        <w:t>Address</w:t>
      </w:r>
      <w:proofErr w:type="spellEnd"/>
      <w:r w:rsidRPr="006D29B3">
        <w:rPr>
          <w:color w:val="232323"/>
          <w:sz w:val="21"/>
          <w:lang w:val="es-MX"/>
        </w:rPr>
        <w:t xml:space="preserve">: J. Encarnación </w:t>
      </w:r>
      <w:proofErr w:type="spellStart"/>
      <w:r w:rsidRPr="006D29B3">
        <w:rPr>
          <w:color w:val="232323"/>
          <w:sz w:val="21"/>
          <w:lang w:val="es-MX"/>
        </w:rPr>
        <w:t>Payén</w:t>
      </w:r>
      <w:proofErr w:type="spellEnd"/>
      <w:r w:rsidRPr="006D29B3">
        <w:rPr>
          <w:color w:val="232323"/>
          <w:sz w:val="21"/>
          <w:lang w:val="es-MX"/>
        </w:rPr>
        <w:t xml:space="preserve"> #515, Aguascalientes, </w:t>
      </w:r>
      <w:proofErr w:type="spellStart"/>
      <w:r w:rsidRPr="006D29B3">
        <w:rPr>
          <w:color w:val="232323"/>
          <w:sz w:val="21"/>
          <w:lang w:val="es-MX"/>
        </w:rPr>
        <w:t>Mexico</w:t>
      </w:r>
      <w:proofErr w:type="spellEnd"/>
      <w:r w:rsidRPr="006D29B3">
        <w:rPr>
          <w:color w:val="232323"/>
          <w:sz w:val="21"/>
          <w:lang w:val="es-MX"/>
        </w:rPr>
        <w:br/>
        <w:t>Email: protocem@hotmail.com</w:t>
      </w:r>
      <w:r w:rsidRPr="006D29B3">
        <w:rPr>
          <w:color w:val="232323"/>
          <w:sz w:val="21"/>
          <w:lang w:val="es-MX"/>
        </w:rPr>
        <w:br/>
        <w:t>Phone: +52 449-137-29-71</w:t>
      </w:r>
    </w:p>
    <w:sectPr w:rsidR="0071409D" w:rsidRPr="006D29B3" w:rsidSect="00034616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1535831">
    <w:abstractNumId w:val="8"/>
  </w:num>
  <w:num w:numId="2" w16cid:durableId="1356885176">
    <w:abstractNumId w:val="6"/>
  </w:num>
  <w:num w:numId="3" w16cid:durableId="205027696">
    <w:abstractNumId w:val="5"/>
  </w:num>
  <w:num w:numId="4" w16cid:durableId="2105303742">
    <w:abstractNumId w:val="4"/>
  </w:num>
  <w:num w:numId="5" w16cid:durableId="460615172">
    <w:abstractNumId w:val="7"/>
  </w:num>
  <w:num w:numId="6" w16cid:durableId="2021733343">
    <w:abstractNumId w:val="3"/>
  </w:num>
  <w:num w:numId="7" w16cid:durableId="584995805">
    <w:abstractNumId w:val="2"/>
  </w:num>
  <w:num w:numId="8" w16cid:durableId="1069577259">
    <w:abstractNumId w:val="1"/>
  </w:num>
  <w:num w:numId="9" w16cid:durableId="208182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D29B3"/>
    <w:rsid w:val="0071409D"/>
    <w:rsid w:val="00AA1D8D"/>
    <w:rsid w:val="00B47730"/>
    <w:rsid w:val="00B55410"/>
    <w:rsid w:val="00CB0664"/>
    <w:rsid w:val="00DD2741"/>
    <w:rsid w:val="00F630C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757640"/>
  <w14:defaultImageDpi w14:val="300"/>
  <w15:docId w15:val="{3F528F42-1A1D-4D0E-A199-A8013C4D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1" Type="http://schemas.openxmlformats.org/officeDocument/2006/relationships/image" Target="media/image16.pn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png"/><Relationship Id="rId107" Type="http://schemas.openxmlformats.org/officeDocument/2006/relationships/image" Target="media/image102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149" Type="http://schemas.openxmlformats.org/officeDocument/2006/relationships/image" Target="media/image144.jpeg"/><Relationship Id="rId5" Type="http://schemas.openxmlformats.org/officeDocument/2006/relationships/webSettings" Target="webSettings.xml"/><Relationship Id="rId95" Type="http://schemas.openxmlformats.org/officeDocument/2006/relationships/image" Target="media/image90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18" Type="http://schemas.openxmlformats.org/officeDocument/2006/relationships/image" Target="media/image113.jpeg"/><Relationship Id="rId134" Type="http://schemas.openxmlformats.org/officeDocument/2006/relationships/image" Target="media/image129.jpeg"/><Relationship Id="rId139" Type="http://schemas.openxmlformats.org/officeDocument/2006/relationships/image" Target="media/image134.jpeg"/><Relationship Id="rId80" Type="http://schemas.openxmlformats.org/officeDocument/2006/relationships/image" Target="media/image75.jpeg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55" Type="http://schemas.openxmlformats.org/officeDocument/2006/relationships/fontTable" Target="fontTable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08" Type="http://schemas.openxmlformats.org/officeDocument/2006/relationships/image" Target="media/image103.jpeg"/><Relationship Id="rId124" Type="http://schemas.openxmlformats.org/officeDocument/2006/relationships/image" Target="media/image119.jpeg"/><Relationship Id="rId129" Type="http://schemas.openxmlformats.org/officeDocument/2006/relationships/image" Target="media/image124.jpeg"/><Relationship Id="rId54" Type="http://schemas.openxmlformats.org/officeDocument/2006/relationships/image" Target="media/image49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91" Type="http://schemas.openxmlformats.org/officeDocument/2006/relationships/image" Target="media/image86.jpeg"/><Relationship Id="rId96" Type="http://schemas.openxmlformats.org/officeDocument/2006/relationships/image" Target="media/image91.jpeg"/><Relationship Id="rId140" Type="http://schemas.openxmlformats.org/officeDocument/2006/relationships/image" Target="media/image135.png"/><Relationship Id="rId145" Type="http://schemas.openxmlformats.org/officeDocument/2006/relationships/image" Target="media/image14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119" Type="http://schemas.openxmlformats.org/officeDocument/2006/relationships/image" Target="media/image114.jpeg"/><Relationship Id="rId44" Type="http://schemas.openxmlformats.org/officeDocument/2006/relationships/image" Target="media/image39.jpeg"/><Relationship Id="rId60" Type="http://schemas.openxmlformats.org/officeDocument/2006/relationships/image" Target="media/image55.jpeg"/><Relationship Id="rId65" Type="http://schemas.openxmlformats.org/officeDocument/2006/relationships/image" Target="media/image60.pn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35" Type="http://schemas.openxmlformats.org/officeDocument/2006/relationships/image" Target="media/image130.jpeg"/><Relationship Id="rId151" Type="http://schemas.openxmlformats.org/officeDocument/2006/relationships/image" Target="media/image146.jpeg"/><Relationship Id="rId156" Type="http://schemas.openxmlformats.org/officeDocument/2006/relationships/theme" Target="theme/theme1.xml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109" Type="http://schemas.openxmlformats.org/officeDocument/2006/relationships/image" Target="media/image104.pn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png"/><Relationship Id="rId76" Type="http://schemas.openxmlformats.org/officeDocument/2006/relationships/image" Target="media/image71.jpeg"/><Relationship Id="rId97" Type="http://schemas.openxmlformats.org/officeDocument/2006/relationships/image" Target="media/image92.png"/><Relationship Id="rId104" Type="http://schemas.openxmlformats.org/officeDocument/2006/relationships/image" Target="media/image99.png"/><Relationship Id="rId120" Type="http://schemas.openxmlformats.org/officeDocument/2006/relationships/image" Target="media/image115.jpeg"/><Relationship Id="rId125" Type="http://schemas.openxmlformats.org/officeDocument/2006/relationships/image" Target="media/image120.jpeg"/><Relationship Id="rId141" Type="http://schemas.openxmlformats.org/officeDocument/2006/relationships/image" Target="media/image136.jpeg"/><Relationship Id="rId146" Type="http://schemas.openxmlformats.org/officeDocument/2006/relationships/image" Target="media/image141.jpeg"/><Relationship Id="rId7" Type="http://schemas.openxmlformats.org/officeDocument/2006/relationships/image" Target="media/image2.jpeg"/><Relationship Id="rId71" Type="http://schemas.openxmlformats.org/officeDocument/2006/relationships/image" Target="media/image66.jpeg"/><Relationship Id="rId92" Type="http://schemas.openxmlformats.org/officeDocument/2006/relationships/image" Target="media/image87.png"/><Relationship Id="rId2" Type="http://schemas.openxmlformats.org/officeDocument/2006/relationships/numbering" Target="numbering.xml"/><Relationship Id="rId29" Type="http://schemas.openxmlformats.org/officeDocument/2006/relationships/image" Target="media/image24.png"/><Relationship Id="rId24" Type="http://schemas.openxmlformats.org/officeDocument/2006/relationships/image" Target="media/image19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png"/><Relationship Id="rId110" Type="http://schemas.openxmlformats.org/officeDocument/2006/relationships/image" Target="media/image105.jpeg"/><Relationship Id="rId115" Type="http://schemas.openxmlformats.org/officeDocument/2006/relationships/image" Target="media/image110.png"/><Relationship Id="rId131" Type="http://schemas.openxmlformats.org/officeDocument/2006/relationships/image" Target="media/image126.jpeg"/><Relationship Id="rId136" Type="http://schemas.openxmlformats.org/officeDocument/2006/relationships/image" Target="media/image131.jpeg"/><Relationship Id="rId61" Type="http://schemas.openxmlformats.org/officeDocument/2006/relationships/image" Target="media/image56.jpeg"/><Relationship Id="rId82" Type="http://schemas.openxmlformats.org/officeDocument/2006/relationships/image" Target="media/image77.png"/><Relationship Id="rId152" Type="http://schemas.openxmlformats.org/officeDocument/2006/relationships/image" Target="media/image147.pn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56" Type="http://schemas.openxmlformats.org/officeDocument/2006/relationships/image" Target="media/image51.pn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png"/><Relationship Id="rId93" Type="http://schemas.openxmlformats.org/officeDocument/2006/relationships/image" Target="media/image88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3" Type="http://schemas.openxmlformats.org/officeDocument/2006/relationships/styles" Target="styles.xml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88" Type="http://schemas.openxmlformats.org/officeDocument/2006/relationships/image" Target="media/image83.pn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pn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78" Type="http://schemas.openxmlformats.org/officeDocument/2006/relationships/image" Target="media/image73.jpeg"/><Relationship Id="rId94" Type="http://schemas.openxmlformats.org/officeDocument/2006/relationships/image" Target="media/image89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image" Target="media/image21.jpeg"/><Relationship Id="rId47" Type="http://schemas.openxmlformats.org/officeDocument/2006/relationships/image" Target="media/image42.jpe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png"/><Relationship Id="rId133" Type="http://schemas.openxmlformats.org/officeDocument/2006/relationships/image" Target="media/image128.jpeg"/><Relationship Id="rId154" Type="http://schemas.openxmlformats.org/officeDocument/2006/relationships/image" Target="media/image149.jpeg"/><Relationship Id="rId16" Type="http://schemas.openxmlformats.org/officeDocument/2006/relationships/image" Target="media/image11.jpeg"/><Relationship Id="rId37" Type="http://schemas.openxmlformats.org/officeDocument/2006/relationships/image" Target="media/image32.jpeg"/><Relationship Id="rId58" Type="http://schemas.openxmlformats.org/officeDocument/2006/relationships/image" Target="media/image53.pn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44" Type="http://schemas.openxmlformats.org/officeDocument/2006/relationships/image" Target="media/image139.png"/><Relationship Id="rId90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95</Pages>
  <Words>5788</Words>
  <Characters>31837</Characters>
  <Application>Microsoft Office Word</Application>
  <DocSecurity>0</DocSecurity>
  <Lines>265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Roman Gonzalez Mata</cp:lastModifiedBy>
  <cp:revision>3</cp:revision>
  <dcterms:created xsi:type="dcterms:W3CDTF">2013-12-23T23:15:00Z</dcterms:created>
  <dcterms:modified xsi:type="dcterms:W3CDTF">2026-09-26T14:39:00Z</dcterms:modified>
  <cp:category/>
</cp:coreProperties>
</file>