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8605" w14:textId="08E6AE31" w:rsidR="00586820" w:rsidRDefault="0038571C">
      <w:r>
        <w:rPr>
          <w:noProof/>
        </w:rPr>
        <w:drawing>
          <wp:inline distT="0" distB="0" distL="0" distR="0" wp14:anchorId="71B9AB00" wp14:editId="4303762C">
            <wp:extent cx="6485255" cy="2192655"/>
            <wp:effectExtent l="0" t="0" r="0" b="0"/>
            <wp:docPr id="551409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5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C5EBB" w14:textId="77777777" w:rsidR="00586820" w:rsidRDefault="00D03DDF">
      <w:pPr>
        <w:jc w:val="center"/>
      </w:pPr>
      <w:r>
        <w:rPr>
          <w:b/>
          <w:color w:val="B88C39"/>
          <w:sz w:val="48"/>
        </w:rPr>
        <w:t>企業概要資料</w:t>
      </w:r>
    </w:p>
    <w:p w14:paraId="44BB21DF" w14:textId="77777777" w:rsidR="00586820" w:rsidRDefault="00D03DDF">
      <w:pPr>
        <w:jc w:val="center"/>
      </w:pPr>
      <w:r>
        <w:rPr>
          <w:b/>
          <w:sz w:val="36"/>
        </w:rPr>
        <w:t xml:space="preserve">PROTOCEM – </w:t>
      </w:r>
      <w:r>
        <w:rPr>
          <w:b/>
          <w:sz w:val="36"/>
        </w:rPr>
        <w:t>測量・建設プロジェクト</w:t>
      </w:r>
    </w:p>
    <w:p w14:paraId="5A0F3E1A" w14:textId="77777777" w:rsidR="00586820" w:rsidRPr="00C651D0" w:rsidRDefault="00D03DDF">
      <w:pPr>
        <w:jc w:val="center"/>
        <w:rPr>
          <w:lang w:val="es-MX"/>
        </w:rPr>
      </w:pPr>
      <w:r w:rsidRPr="00C651D0">
        <w:rPr>
          <w:lang w:val="es-MX"/>
        </w:rPr>
        <w:t>Aguascalientes, Mexico</w:t>
      </w:r>
      <w:r w:rsidRPr="00C651D0">
        <w:rPr>
          <w:lang w:val="es-MX"/>
        </w:rPr>
        <w:br/>
        <w:t>RFC: MACC840025F92</w:t>
      </w:r>
      <w:r w:rsidRPr="00C651D0">
        <w:rPr>
          <w:lang w:val="es-MX"/>
        </w:rPr>
        <w:br/>
        <w:t>protocem@hotmail.com | +52 449-137-29-71</w:t>
      </w:r>
    </w:p>
    <w:p w14:paraId="15CE6056" w14:textId="77777777" w:rsidR="00586820" w:rsidRPr="00C651D0" w:rsidRDefault="00D03DDF">
      <w:pPr>
        <w:rPr>
          <w:lang w:val="es-MX"/>
        </w:rPr>
      </w:pPr>
      <w:r w:rsidRPr="00C651D0">
        <w:rPr>
          <w:lang w:val="es-MX"/>
        </w:rPr>
        <w:br w:type="page"/>
      </w:r>
    </w:p>
    <w:p w14:paraId="29528482" w14:textId="77777777" w:rsidR="00586820" w:rsidRPr="00C651D0" w:rsidRDefault="00D03DDF">
      <w:pPr>
        <w:rPr>
          <w:lang w:val="es-MX"/>
        </w:rPr>
      </w:pPr>
      <w:proofErr w:type="spellStart"/>
      <w:r>
        <w:rPr>
          <w:b/>
          <w:color w:val="B88C39"/>
          <w:sz w:val="32"/>
        </w:rPr>
        <w:lastRenderedPageBreak/>
        <w:t>企業プロフィール</w:t>
      </w:r>
      <w:proofErr w:type="spellEnd"/>
    </w:p>
    <w:p w14:paraId="5DB22AB8" w14:textId="77777777" w:rsidR="00586820" w:rsidRDefault="00D03DDF">
      <w:r w:rsidRPr="00C651D0">
        <w:rPr>
          <w:color w:val="232323"/>
          <w:sz w:val="21"/>
          <w:lang w:val="es-MX"/>
        </w:rPr>
        <w:t>PROTOCEM</w:t>
      </w:r>
      <w:r>
        <w:rPr>
          <w:color w:val="232323"/>
          <w:sz w:val="21"/>
        </w:rPr>
        <w:t>は、土木、産業、都市開発、水インフラおよびエネルギー分野に特化したメキシコの建設会社です。公共工事および民間工事の両分野で豊富な実績を有し、高品質・高効率・高い技術基準に基づく大規模プロジェクトを遂行しています。</w:t>
      </w:r>
    </w:p>
    <w:p w14:paraId="171DB73A" w14:textId="77777777" w:rsidR="00586820" w:rsidRDefault="00D03DDF">
      <w:r>
        <w:rPr>
          <w:b/>
          <w:color w:val="B88C39"/>
          <w:sz w:val="32"/>
        </w:rPr>
        <w:t>主要サービス</w:t>
      </w:r>
    </w:p>
    <w:p w14:paraId="6A0AF280" w14:textId="77777777" w:rsidR="00586820" w:rsidRDefault="00D03DDF">
      <w:pPr>
        <w:pStyle w:val="Listaconvietas"/>
      </w:pPr>
      <w:r>
        <w:t>工業施設・倉庫建設</w:t>
      </w:r>
    </w:p>
    <w:p w14:paraId="41060ED0" w14:textId="77777777" w:rsidR="00586820" w:rsidRDefault="00D03DDF">
      <w:pPr>
        <w:pStyle w:val="Listaconvietas"/>
      </w:pPr>
      <w:r>
        <w:t>上下水道インフラ工事</w:t>
      </w:r>
    </w:p>
    <w:p w14:paraId="20731423" w14:textId="77777777" w:rsidR="00586820" w:rsidRDefault="00D03DDF">
      <w:pPr>
        <w:pStyle w:val="Listaconvietas"/>
      </w:pPr>
      <w:r>
        <w:t>都市開発・舗装工事</w:t>
      </w:r>
    </w:p>
    <w:p w14:paraId="79D83CA2" w14:textId="77777777" w:rsidR="00586820" w:rsidRDefault="00D03DDF">
      <w:pPr>
        <w:pStyle w:val="Listaconvietas"/>
      </w:pPr>
      <w:r>
        <w:t>造成・道路インフラ工事</w:t>
      </w:r>
    </w:p>
    <w:p w14:paraId="779AFC59" w14:textId="77777777" w:rsidR="00586820" w:rsidRDefault="00D03DDF">
      <w:pPr>
        <w:pStyle w:val="Listaconvietas"/>
      </w:pPr>
      <w:r>
        <w:t>排水処理施設建設</w:t>
      </w:r>
    </w:p>
    <w:p w14:paraId="0FCFD8F2" w14:textId="77777777" w:rsidR="00586820" w:rsidRDefault="00D03DDF">
      <w:pPr>
        <w:pStyle w:val="Listaconvietas"/>
      </w:pPr>
      <w:r>
        <w:t>鉄骨構造・屋根工事</w:t>
      </w:r>
    </w:p>
    <w:p w14:paraId="33C28412" w14:textId="77777777" w:rsidR="00586820" w:rsidRDefault="00D03DDF">
      <w:pPr>
        <w:pStyle w:val="Listaconvietas"/>
      </w:pPr>
      <w:r>
        <w:t>教育・医療施設建設</w:t>
      </w:r>
    </w:p>
    <w:p w14:paraId="48517D4E" w14:textId="77777777" w:rsidR="00586820" w:rsidRDefault="00D03DDF">
      <w:pPr>
        <w:pStyle w:val="Listaconvietas"/>
      </w:pPr>
      <w:r>
        <w:t>電気・通信設備工事</w:t>
      </w:r>
    </w:p>
    <w:p w14:paraId="79410036" w14:textId="77777777" w:rsidR="00586820" w:rsidRDefault="00D03DDF">
      <w:pPr>
        <w:pStyle w:val="Listaconvietas"/>
      </w:pPr>
      <w:r>
        <w:t>商業・住宅建設</w:t>
      </w:r>
    </w:p>
    <w:p w14:paraId="4DB20084" w14:textId="77777777" w:rsidR="00586820" w:rsidRDefault="00D03DDF">
      <w:pPr>
        <w:pStyle w:val="Listaconvietas"/>
      </w:pPr>
      <w:r>
        <w:t>建設監理・コンサルティング</w:t>
      </w:r>
    </w:p>
    <w:p w14:paraId="40CAAD2E" w14:textId="77777777" w:rsidR="00586820" w:rsidRDefault="00D03DDF">
      <w:r>
        <w:br w:type="page"/>
      </w:r>
    </w:p>
    <w:p w14:paraId="3A62A6C3" w14:textId="77777777" w:rsidR="00586820" w:rsidRDefault="00D03DDF">
      <w:r>
        <w:rPr>
          <w:b/>
          <w:color w:val="B88C39"/>
          <w:sz w:val="32"/>
        </w:rPr>
        <w:lastRenderedPageBreak/>
        <w:t>施工実績</w:t>
      </w:r>
    </w:p>
    <w:p w14:paraId="75A453A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</w:t>
      </w:r>
    </w:p>
    <w:p w14:paraId="3C299B63" w14:textId="77777777" w:rsidR="00586820" w:rsidRDefault="00D03DDF">
      <w:r>
        <w:rPr>
          <w:noProof/>
        </w:rPr>
        <w:drawing>
          <wp:inline distT="0" distB="0" distL="0" distR="0" wp14:anchorId="18395F1D" wp14:editId="6C029501">
            <wp:extent cx="5212080" cy="3112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9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F285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7768BB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</w:t>
      </w:r>
    </w:p>
    <w:p w14:paraId="09DADC8D" w14:textId="77777777" w:rsidR="00586820" w:rsidRDefault="00D03DDF">
      <w:r>
        <w:rPr>
          <w:noProof/>
        </w:rPr>
        <w:drawing>
          <wp:inline distT="0" distB="0" distL="0" distR="0" wp14:anchorId="3A1B2D6B" wp14:editId="3FAA24A2">
            <wp:extent cx="5212080" cy="29317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BC45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1B93E5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</w:t>
      </w:r>
    </w:p>
    <w:p w14:paraId="6A9A450F" w14:textId="77777777" w:rsidR="00586820" w:rsidRDefault="00D03DDF">
      <w:r>
        <w:rPr>
          <w:noProof/>
        </w:rPr>
        <w:lastRenderedPageBreak/>
        <w:drawing>
          <wp:inline distT="0" distB="0" distL="0" distR="0" wp14:anchorId="7D4C2E9E" wp14:editId="6EA56672">
            <wp:extent cx="5212080" cy="35844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8312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1639EA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</w:t>
      </w:r>
    </w:p>
    <w:p w14:paraId="25CA70EB" w14:textId="77777777" w:rsidR="00586820" w:rsidRDefault="00D03DDF">
      <w:r>
        <w:rPr>
          <w:noProof/>
        </w:rPr>
        <w:drawing>
          <wp:inline distT="0" distB="0" distL="0" distR="0" wp14:anchorId="5A5817C7" wp14:editId="00950A95">
            <wp:extent cx="5212080" cy="31588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5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AB1B3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C60010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</w:t>
      </w:r>
    </w:p>
    <w:p w14:paraId="1A157EE8" w14:textId="77777777" w:rsidR="00586820" w:rsidRDefault="00D03DDF">
      <w:r>
        <w:rPr>
          <w:noProof/>
        </w:rPr>
        <w:lastRenderedPageBreak/>
        <w:drawing>
          <wp:inline distT="0" distB="0" distL="0" distR="0" wp14:anchorId="70C3AF12" wp14:editId="1E20478B">
            <wp:extent cx="5212080" cy="198791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98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257A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5DAA06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</w:t>
      </w:r>
    </w:p>
    <w:p w14:paraId="0F48625E" w14:textId="77777777" w:rsidR="00586820" w:rsidRDefault="00D03DDF">
      <w:r>
        <w:rPr>
          <w:noProof/>
        </w:rPr>
        <w:drawing>
          <wp:inline distT="0" distB="0" distL="0" distR="0" wp14:anchorId="57656434" wp14:editId="67C20E62">
            <wp:extent cx="5212080" cy="29317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0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2668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C54DDC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</w:t>
      </w:r>
    </w:p>
    <w:p w14:paraId="5ECC073C" w14:textId="77777777" w:rsidR="00586820" w:rsidRDefault="00D03DDF">
      <w:r>
        <w:rPr>
          <w:noProof/>
        </w:rPr>
        <w:lastRenderedPageBreak/>
        <w:drawing>
          <wp:inline distT="0" distB="0" distL="0" distR="0" wp14:anchorId="1AAEAA3C" wp14:editId="39C5711A">
            <wp:extent cx="5212080" cy="69543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9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5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E65A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CDD3B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</w:t>
      </w:r>
    </w:p>
    <w:p w14:paraId="0B3FE17C" w14:textId="77777777" w:rsidR="00586820" w:rsidRDefault="00D03DDF">
      <w:r>
        <w:rPr>
          <w:noProof/>
        </w:rPr>
        <w:lastRenderedPageBreak/>
        <w:drawing>
          <wp:inline distT="0" distB="0" distL="0" distR="0" wp14:anchorId="6690B9DA" wp14:editId="5936BE01">
            <wp:extent cx="5212080" cy="52120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08F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7F6F16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</w:t>
      </w:r>
    </w:p>
    <w:p w14:paraId="5797D80E" w14:textId="77777777" w:rsidR="00586820" w:rsidRDefault="00D03DDF">
      <w:r>
        <w:rPr>
          <w:noProof/>
        </w:rPr>
        <w:lastRenderedPageBreak/>
        <w:drawing>
          <wp:inline distT="0" distB="0" distL="0" distR="0" wp14:anchorId="24241617" wp14:editId="17702F26">
            <wp:extent cx="5212080" cy="391196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8709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1154DF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</w:t>
      </w:r>
    </w:p>
    <w:p w14:paraId="195BE9CC" w14:textId="77777777" w:rsidR="00586820" w:rsidRDefault="00D03DDF">
      <w:r>
        <w:rPr>
          <w:noProof/>
        </w:rPr>
        <w:drawing>
          <wp:inline distT="0" distB="0" distL="0" distR="0" wp14:anchorId="45CD8086" wp14:editId="77C86599">
            <wp:extent cx="5212080" cy="39171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50961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5E5B90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</w:t>
      </w:r>
    </w:p>
    <w:p w14:paraId="58F77BC9" w14:textId="77777777" w:rsidR="00586820" w:rsidRDefault="00D03DDF">
      <w:r>
        <w:rPr>
          <w:noProof/>
        </w:rPr>
        <w:drawing>
          <wp:inline distT="0" distB="0" distL="0" distR="0" wp14:anchorId="5DEEA560" wp14:editId="274B4B63">
            <wp:extent cx="5212080" cy="24198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41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A3BD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F1A5BB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</w:t>
      </w:r>
    </w:p>
    <w:p w14:paraId="213D04A0" w14:textId="77777777" w:rsidR="00586820" w:rsidRDefault="00D03DDF">
      <w:r>
        <w:rPr>
          <w:noProof/>
        </w:rPr>
        <w:lastRenderedPageBreak/>
        <w:drawing>
          <wp:inline distT="0" distB="0" distL="0" distR="0" wp14:anchorId="0E97E3F1" wp14:editId="74105942">
            <wp:extent cx="5212080" cy="580154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0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80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727B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AEC980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</w:t>
      </w:r>
    </w:p>
    <w:p w14:paraId="31908BD3" w14:textId="77777777" w:rsidR="00586820" w:rsidRDefault="00D03DDF">
      <w:r>
        <w:rPr>
          <w:noProof/>
        </w:rPr>
        <w:lastRenderedPageBreak/>
        <w:drawing>
          <wp:inline distT="0" distB="0" distL="0" distR="0" wp14:anchorId="323D2879" wp14:editId="6F466838">
            <wp:extent cx="5212080" cy="294340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1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E43D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750AFA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</w:t>
      </w:r>
    </w:p>
    <w:p w14:paraId="1D7096E8" w14:textId="77777777" w:rsidR="00586820" w:rsidRDefault="00D03DDF">
      <w:r>
        <w:rPr>
          <w:noProof/>
        </w:rPr>
        <w:drawing>
          <wp:inline distT="0" distB="0" distL="0" distR="0" wp14:anchorId="7B192A5F" wp14:editId="0F7B6C6F">
            <wp:extent cx="5212080" cy="2532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FCF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E49D8B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15</w:t>
      </w:r>
    </w:p>
    <w:p w14:paraId="620C71B2" w14:textId="77777777" w:rsidR="00586820" w:rsidRDefault="00D03DDF">
      <w:r>
        <w:rPr>
          <w:noProof/>
        </w:rPr>
        <w:lastRenderedPageBreak/>
        <w:drawing>
          <wp:inline distT="0" distB="0" distL="0" distR="0" wp14:anchorId="0CFBA3C9" wp14:editId="2CC7181C">
            <wp:extent cx="5212080" cy="29317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2ABD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437C38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16</w:t>
      </w:r>
    </w:p>
    <w:p w14:paraId="7A54089F" w14:textId="77777777" w:rsidR="00586820" w:rsidRDefault="00D03DDF">
      <w:r>
        <w:rPr>
          <w:noProof/>
        </w:rPr>
        <w:drawing>
          <wp:inline distT="0" distB="0" distL="0" distR="0" wp14:anchorId="6CF4A596" wp14:editId="00816D46">
            <wp:extent cx="5212080" cy="376538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6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BB70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C090D0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17</w:t>
      </w:r>
    </w:p>
    <w:p w14:paraId="02450FE6" w14:textId="77777777" w:rsidR="00586820" w:rsidRDefault="00D03DDF">
      <w:r>
        <w:rPr>
          <w:noProof/>
        </w:rPr>
        <w:lastRenderedPageBreak/>
        <w:drawing>
          <wp:inline distT="0" distB="0" distL="0" distR="0" wp14:anchorId="0049BAA0" wp14:editId="27893557">
            <wp:extent cx="5212080" cy="39055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F9BE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08DEE3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18</w:t>
      </w:r>
    </w:p>
    <w:p w14:paraId="0FF80B39" w14:textId="77777777" w:rsidR="00586820" w:rsidRDefault="00D03DDF">
      <w:r>
        <w:rPr>
          <w:noProof/>
        </w:rPr>
        <w:drawing>
          <wp:inline distT="0" distB="0" distL="0" distR="0" wp14:anchorId="55D005D5" wp14:editId="287CABCD">
            <wp:extent cx="5212080" cy="31317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0.jpe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3446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F2F95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19</w:t>
      </w:r>
    </w:p>
    <w:p w14:paraId="1C53FF48" w14:textId="77777777" w:rsidR="00586820" w:rsidRDefault="00D03DDF">
      <w:r>
        <w:rPr>
          <w:noProof/>
        </w:rPr>
        <w:lastRenderedPageBreak/>
        <w:drawing>
          <wp:inline distT="0" distB="0" distL="0" distR="0" wp14:anchorId="51D78EC5" wp14:editId="558CF75A">
            <wp:extent cx="5212080" cy="293179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1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5390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51ACE5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20</w:t>
      </w:r>
    </w:p>
    <w:p w14:paraId="206B9E6D" w14:textId="77777777" w:rsidR="00586820" w:rsidRDefault="00D03DDF">
      <w:r>
        <w:rPr>
          <w:noProof/>
        </w:rPr>
        <w:drawing>
          <wp:inline distT="0" distB="0" distL="0" distR="0" wp14:anchorId="1BFA2518" wp14:editId="666DC4AF">
            <wp:extent cx="5212080" cy="436188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jpe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36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990F1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32A431F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21</w:t>
      </w:r>
    </w:p>
    <w:p w14:paraId="575DC05F" w14:textId="77777777" w:rsidR="00586820" w:rsidRDefault="00D03DDF">
      <w:r>
        <w:rPr>
          <w:noProof/>
        </w:rPr>
        <w:drawing>
          <wp:inline distT="0" distB="0" distL="0" distR="0" wp14:anchorId="1C1F6BE8" wp14:editId="7C7B6032">
            <wp:extent cx="5212080" cy="20337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2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0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9DA9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934E50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22</w:t>
      </w:r>
    </w:p>
    <w:p w14:paraId="4D41DF4E" w14:textId="77777777" w:rsidR="00586820" w:rsidRDefault="00D03DDF">
      <w:r>
        <w:rPr>
          <w:noProof/>
        </w:rPr>
        <w:lastRenderedPageBreak/>
        <w:drawing>
          <wp:inline distT="0" distB="0" distL="0" distR="0" wp14:anchorId="242651DB" wp14:editId="6D1F036A">
            <wp:extent cx="5212080" cy="578540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78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96E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44A783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23</w:t>
      </w:r>
    </w:p>
    <w:p w14:paraId="77F263FD" w14:textId="77777777" w:rsidR="00586820" w:rsidRDefault="00D03DDF">
      <w:r>
        <w:rPr>
          <w:noProof/>
        </w:rPr>
        <w:lastRenderedPageBreak/>
        <w:drawing>
          <wp:inline distT="0" distB="0" distL="0" distR="0" wp14:anchorId="59D2F6F0" wp14:editId="0D5831BA">
            <wp:extent cx="5212080" cy="29317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2DFD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882098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24</w:t>
      </w:r>
    </w:p>
    <w:p w14:paraId="7FB56D3D" w14:textId="77777777" w:rsidR="00586820" w:rsidRDefault="00D03DDF">
      <w:r>
        <w:rPr>
          <w:noProof/>
        </w:rPr>
        <w:drawing>
          <wp:inline distT="0" distB="0" distL="0" distR="0" wp14:anchorId="0B786C90" wp14:editId="25E98870">
            <wp:extent cx="5212080" cy="390906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e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C98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73B159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25</w:t>
      </w:r>
    </w:p>
    <w:p w14:paraId="40B7C620" w14:textId="77777777" w:rsidR="00586820" w:rsidRDefault="00D03DDF">
      <w:r>
        <w:rPr>
          <w:noProof/>
        </w:rPr>
        <w:lastRenderedPageBreak/>
        <w:drawing>
          <wp:inline distT="0" distB="0" distL="0" distR="0" wp14:anchorId="0B23E60A" wp14:editId="7B3CCDB1">
            <wp:extent cx="5212080" cy="38982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e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A10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886567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26</w:t>
      </w:r>
    </w:p>
    <w:p w14:paraId="64B10E84" w14:textId="77777777" w:rsidR="00586820" w:rsidRDefault="00D03DDF">
      <w:r>
        <w:rPr>
          <w:noProof/>
        </w:rPr>
        <w:drawing>
          <wp:inline distT="0" distB="0" distL="0" distR="0" wp14:anchorId="66AC0B1D" wp14:editId="713355A3">
            <wp:extent cx="5212080" cy="406915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jpe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6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6C99F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8F1D9A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27</w:t>
      </w:r>
    </w:p>
    <w:p w14:paraId="41372C3D" w14:textId="77777777" w:rsidR="00586820" w:rsidRDefault="00D03DDF">
      <w:r>
        <w:rPr>
          <w:noProof/>
        </w:rPr>
        <w:drawing>
          <wp:inline distT="0" distB="0" distL="0" distR="0" wp14:anchorId="596942F4" wp14:editId="363A647B">
            <wp:extent cx="5212080" cy="3405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5.jpe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8FAD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9AB423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28</w:t>
      </w:r>
    </w:p>
    <w:p w14:paraId="3A1963BF" w14:textId="77777777" w:rsidR="00586820" w:rsidRDefault="00D03DDF">
      <w:r>
        <w:rPr>
          <w:noProof/>
        </w:rPr>
        <w:lastRenderedPageBreak/>
        <w:drawing>
          <wp:inline distT="0" distB="0" distL="0" distR="0" wp14:anchorId="792D945A" wp14:editId="64A14072">
            <wp:extent cx="5212080" cy="694944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0.jpe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46FC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A10F38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29</w:t>
      </w:r>
    </w:p>
    <w:p w14:paraId="575B0111" w14:textId="77777777" w:rsidR="00586820" w:rsidRDefault="00D03DDF">
      <w:r>
        <w:rPr>
          <w:noProof/>
        </w:rPr>
        <w:lastRenderedPageBreak/>
        <w:drawing>
          <wp:inline distT="0" distB="0" distL="0" distR="0" wp14:anchorId="19324A15" wp14:editId="3950B3FD">
            <wp:extent cx="5212080" cy="390611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6.jpe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4DB8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1A637D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30</w:t>
      </w:r>
    </w:p>
    <w:p w14:paraId="20B8E143" w14:textId="77777777" w:rsidR="00586820" w:rsidRDefault="00D03DDF">
      <w:r>
        <w:rPr>
          <w:noProof/>
        </w:rPr>
        <w:drawing>
          <wp:inline distT="0" distB="0" distL="0" distR="0" wp14:anchorId="6815B8C4" wp14:editId="245E1876">
            <wp:extent cx="5212080" cy="378967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jpe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8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69CFB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5E13AA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31</w:t>
      </w:r>
    </w:p>
    <w:p w14:paraId="0C92E644" w14:textId="77777777" w:rsidR="00586820" w:rsidRDefault="00D03DDF">
      <w:r>
        <w:rPr>
          <w:noProof/>
        </w:rPr>
        <w:drawing>
          <wp:inline distT="0" distB="0" distL="0" distR="0" wp14:anchorId="48DD37DD" wp14:editId="69B500AF">
            <wp:extent cx="5212080" cy="38872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jpe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885E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8551E5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32</w:t>
      </w:r>
    </w:p>
    <w:p w14:paraId="047AF250" w14:textId="77777777" w:rsidR="00586820" w:rsidRDefault="00D03DDF">
      <w:r>
        <w:rPr>
          <w:noProof/>
        </w:rPr>
        <w:drawing>
          <wp:inline distT="0" distB="0" distL="0" distR="0" wp14:anchorId="5FE82CE3" wp14:editId="690EEF35">
            <wp:extent cx="5212080" cy="293613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jpe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ABB2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6FDB43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33</w:t>
      </w:r>
    </w:p>
    <w:p w14:paraId="7DF67E42" w14:textId="77777777" w:rsidR="00586820" w:rsidRDefault="00D03DDF">
      <w:r>
        <w:rPr>
          <w:noProof/>
        </w:rPr>
        <w:drawing>
          <wp:inline distT="0" distB="0" distL="0" distR="0" wp14:anchorId="7CFBAFEC" wp14:editId="5E98F19C">
            <wp:extent cx="5212080" cy="395989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jpe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5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AEA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C77F0B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34</w:t>
      </w:r>
    </w:p>
    <w:p w14:paraId="6059D260" w14:textId="77777777" w:rsidR="00586820" w:rsidRDefault="00D03DDF">
      <w:r>
        <w:rPr>
          <w:noProof/>
        </w:rPr>
        <w:lastRenderedPageBreak/>
        <w:drawing>
          <wp:inline distT="0" distB="0" distL="0" distR="0" wp14:anchorId="2C79D7B2" wp14:editId="5954A253">
            <wp:extent cx="5212080" cy="3906471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jpe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946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592F47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35</w:t>
      </w:r>
    </w:p>
    <w:p w14:paraId="11BA1FA0" w14:textId="77777777" w:rsidR="00586820" w:rsidRDefault="00D03DDF">
      <w:r>
        <w:rPr>
          <w:noProof/>
        </w:rPr>
        <w:drawing>
          <wp:inline distT="0" distB="0" distL="0" distR="0" wp14:anchorId="1EE4421D" wp14:editId="35C924F5">
            <wp:extent cx="5212080" cy="2537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jpe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C0A2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1FE498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36</w:t>
      </w:r>
    </w:p>
    <w:p w14:paraId="73573480" w14:textId="77777777" w:rsidR="00586820" w:rsidRDefault="00D03DDF">
      <w:r>
        <w:rPr>
          <w:noProof/>
        </w:rPr>
        <w:lastRenderedPageBreak/>
        <w:drawing>
          <wp:inline distT="0" distB="0" distL="0" distR="0" wp14:anchorId="009B9D5B" wp14:editId="6CF05112">
            <wp:extent cx="5212080" cy="293179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2.jpe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613C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9B0935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37</w:t>
      </w:r>
    </w:p>
    <w:p w14:paraId="0610CA9F" w14:textId="77777777" w:rsidR="00586820" w:rsidRDefault="00D03DDF">
      <w:r>
        <w:rPr>
          <w:noProof/>
        </w:rPr>
        <w:lastRenderedPageBreak/>
        <w:drawing>
          <wp:inline distT="0" distB="0" distL="0" distR="0" wp14:anchorId="5A631567" wp14:editId="2638EB28">
            <wp:extent cx="5212080" cy="6941434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7.jpe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9E5C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13160C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38</w:t>
      </w:r>
    </w:p>
    <w:p w14:paraId="1E5AAFCD" w14:textId="77777777" w:rsidR="00586820" w:rsidRDefault="00D03DDF">
      <w:r>
        <w:rPr>
          <w:noProof/>
        </w:rPr>
        <w:lastRenderedPageBreak/>
        <w:drawing>
          <wp:inline distT="0" distB="0" distL="0" distR="0" wp14:anchorId="70A23618" wp14:editId="1A022B62">
            <wp:extent cx="5212080" cy="521208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7087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6AC918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39</w:t>
      </w:r>
    </w:p>
    <w:p w14:paraId="6557A8C7" w14:textId="77777777" w:rsidR="00586820" w:rsidRDefault="00D03DDF">
      <w:r>
        <w:rPr>
          <w:noProof/>
        </w:rPr>
        <w:lastRenderedPageBreak/>
        <w:drawing>
          <wp:inline distT="0" distB="0" distL="0" distR="0" wp14:anchorId="60472165" wp14:editId="23D914E2">
            <wp:extent cx="5212080" cy="390905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e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D81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5590FF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40</w:t>
      </w:r>
    </w:p>
    <w:p w14:paraId="74C5A13C" w14:textId="77777777" w:rsidR="00586820" w:rsidRDefault="00D03DDF">
      <w:r>
        <w:rPr>
          <w:noProof/>
        </w:rPr>
        <w:drawing>
          <wp:inline distT="0" distB="0" distL="0" distR="0" wp14:anchorId="5A02D8DF" wp14:editId="3A46DABF">
            <wp:extent cx="5212080" cy="3909059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jpe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7168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A56914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41</w:t>
      </w:r>
    </w:p>
    <w:p w14:paraId="16110DBE" w14:textId="77777777" w:rsidR="00586820" w:rsidRDefault="00D03DDF">
      <w:r>
        <w:rPr>
          <w:noProof/>
        </w:rPr>
        <w:drawing>
          <wp:inline distT="0" distB="0" distL="0" distR="0" wp14:anchorId="4B42B544" wp14:editId="5930D069">
            <wp:extent cx="5212080" cy="297088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6.jpe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7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8F28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48D5AA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42</w:t>
      </w:r>
    </w:p>
    <w:p w14:paraId="2DDC375A" w14:textId="77777777" w:rsidR="00586820" w:rsidRDefault="00D03DDF">
      <w:r>
        <w:rPr>
          <w:noProof/>
        </w:rPr>
        <w:drawing>
          <wp:inline distT="0" distB="0" distL="0" distR="0" wp14:anchorId="40B83CC3" wp14:editId="76FFDEE7">
            <wp:extent cx="5212080" cy="39055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1.jpe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43A61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808E6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43</w:t>
      </w:r>
    </w:p>
    <w:p w14:paraId="76E3E64C" w14:textId="77777777" w:rsidR="00586820" w:rsidRDefault="00D03DDF">
      <w:r>
        <w:rPr>
          <w:noProof/>
        </w:rPr>
        <w:drawing>
          <wp:inline distT="0" distB="0" distL="0" distR="0" wp14:anchorId="51172A7E" wp14:editId="00C6173E">
            <wp:extent cx="5212080" cy="4023886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e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2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EC9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4AE535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44</w:t>
      </w:r>
    </w:p>
    <w:p w14:paraId="6EC0E4B5" w14:textId="77777777" w:rsidR="00586820" w:rsidRDefault="00D03DDF">
      <w:r>
        <w:rPr>
          <w:noProof/>
        </w:rPr>
        <w:lastRenderedPageBreak/>
        <w:drawing>
          <wp:inline distT="0" distB="0" distL="0" distR="0" wp14:anchorId="4A76557A" wp14:editId="38BA0CC1">
            <wp:extent cx="5212080" cy="395625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jpe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5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2F05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69BD5F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45</w:t>
      </w:r>
    </w:p>
    <w:p w14:paraId="036BFE6F" w14:textId="77777777" w:rsidR="00586820" w:rsidRDefault="00D03DDF">
      <w:r>
        <w:rPr>
          <w:noProof/>
        </w:rPr>
        <w:drawing>
          <wp:inline distT="0" distB="0" distL="0" distR="0" wp14:anchorId="5488087A" wp14:editId="01BA0B4A">
            <wp:extent cx="5212080" cy="391271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jpe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CA76A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D7F6519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46</w:t>
      </w:r>
    </w:p>
    <w:p w14:paraId="5B5656E2" w14:textId="77777777" w:rsidR="00586820" w:rsidRDefault="00D03DDF">
      <w:r>
        <w:rPr>
          <w:noProof/>
        </w:rPr>
        <w:drawing>
          <wp:inline distT="0" distB="0" distL="0" distR="0" wp14:anchorId="594FB6A0" wp14:editId="621E006D">
            <wp:extent cx="5212080" cy="390905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jpe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FFE0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9D1624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47</w:t>
      </w:r>
    </w:p>
    <w:p w14:paraId="40B3404A" w14:textId="77777777" w:rsidR="00586820" w:rsidRDefault="00D03DDF">
      <w:r>
        <w:rPr>
          <w:noProof/>
        </w:rPr>
        <w:lastRenderedPageBreak/>
        <w:drawing>
          <wp:inline distT="0" distB="0" distL="0" distR="0" wp14:anchorId="34034072" wp14:editId="7BCC3000">
            <wp:extent cx="5212080" cy="434971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8.jpe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34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2735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20AEB4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48</w:t>
      </w:r>
    </w:p>
    <w:p w14:paraId="57F1DB03" w14:textId="77777777" w:rsidR="00586820" w:rsidRDefault="00D03DDF">
      <w:r>
        <w:rPr>
          <w:noProof/>
        </w:rPr>
        <w:drawing>
          <wp:inline distT="0" distB="0" distL="0" distR="0" wp14:anchorId="635A60FD" wp14:editId="1D47C6D1">
            <wp:extent cx="5212080" cy="252197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2.jpe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2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BED7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B81ACD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49</w:t>
      </w:r>
    </w:p>
    <w:p w14:paraId="68D1BB27" w14:textId="77777777" w:rsidR="00586820" w:rsidRDefault="00D03DDF">
      <w:r>
        <w:rPr>
          <w:noProof/>
        </w:rPr>
        <w:lastRenderedPageBreak/>
        <w:drawing>
          <wp:inline distT="0" distB="0" distL="0" distR="0" wp14:anchorId="65A311E5" wp14:editId="3BF27374">
            <wp:extent cx="5212080" cy="293179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7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5C6C5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5A75A3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50</w:t>
      </w:r>
    </w:p>
    <w:p w14:paraId="603CEA56" w14:textId="77777777" w:rsidR="00586820" w:rsidRDefault="00D03DDF">
      <w:r>
        <w:rPr>
          <w:noProof/>
        </w:rPr>
        <w:drawing>
          <wp:inline distT="0" distB="0" distL="0" distR="0" wp14:anchorId="5F440D3E" wp14:editId="50BCF723">
            <wp:extent cx="5212080" cy="2947187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3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4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6D6D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79C914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51</w:t>
      </w:r>
    </w:p>
    <w:p w14:paraId="7C7F34B3" w14:textId="77777777" w:rsidR="00586820" w:rsidRDefault="00D03DDF">
      <w:r>
        <w:rPr>
          <w:noProof/>
        </w:rPr>
        <w:lastRenderedPageBreak/>
        <w:drawing>
          <wp:inline distT="0" distB="0" distL="0" distR="0" wp14:anchorId="7C61DDF7" wp14:editId="518D4E48">
            <wp:extent cx="5212080" cy="3477181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8.jpe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5AF4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5F271E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52</w:t>
      </w:r>
    </w:p>
    <w:p w14:paraId="510800A8" w14:textId="77777777" w:rsidR="00586820" w:rsidRDefault="00D03DDF">
      <w:r>
        <w:rPr>
          <w:noProof/>
        </w:rPr>
        <w:drawing>
          <wp:inline distT="0" distB="0" distL="0" distR="0" wp14:anchorId="3500FC3E" wp14:editId="01D9B96F">
            <wp:extent cx="5212080" cy="7793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E1C2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75AC5F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53</w:t>
      </w:r>
    </w:p>
    <w:p w14:paraId="60690DE9" w14:textId="77777777" w:rsidR="00586820" w:rsidRDefault="00D03DDF">
      <w:r>
        <w:rPr>
          <w:noProof/>
        </w:rPr>
        <w:lastRenderedPageBreak/>
        <w:drawing>
          <wp:inline distT="0" distB="0" distL="0" distR="0" wp14:anchorId="18AB81D0" wp14:editId="069FBBAB">
            <wp:extent cx="5212080" cy="521208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e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8F8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95A908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54</w:t>
      </w:r>
    </w:p>
    <w:p w14:paraId="72684EE1" w14:textId="77777777" w:rsidR="00586820" w:rsidRDefault="00D03DDF">
      <w:r>
        <w:rPr>
          <w:noProof/>
        </w:rPr>
        <w:lastRenderedPageBreak/>
        <w:drawing>
          <wp:inline distT="0" distB="0" distL="0" distR="0" wp14:anchorId="38EF54F4" wp14:editId="509AF991">
            <wp:extent cx="5212080" cy="3339136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e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33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70FE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21964E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55</w:t>
      </w:r>
    </w:p>
    <w:p w14:paraId="53420D20" w14:textId="77777777" w:rsidR="00586820" w:rsidRDefault="00D03DDF">
      <w:r>
        <w:rPr>
          <w:noProof/>
        </w:rPr>
        <w:lastRenderedPageBreak/>
        <w:drawing>
          <wp:inline distT="0" distB="0" distL="0" distR="0" wp14:anchorId="64652337" wp14:editId="1704D245">
            <wp:extent cx="5212080" cy="6944546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jpe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587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394D73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56</w:t>
      </w:r>
    </w:p>
    <w:p w14:paraId="60127C0E" w14:textId="77777777" w:rsidR="00586820" w:rsidRDefault="00D03DDF">
      <w:r>
        <w:rPr>
          <w:noProof/>
        </w:rPr>
        <w:lastRenderedPageBreak/>
        <w:drawing>
          <wp:inline distT="0" distB="0" distL="0" distR="0" wp14:anchorId="2F035A03" wp14:editId="2EA100BB">
            <wp:extent cx="5212080" cy="3899214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e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FBB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F1E015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57</w:t>
      </w:r>
    </w:p>
    <w:p w14:paraId="7D25E4A7" w14:textId="77777777" w:rsidR="00586820" w:rsidRDefault="00D03DDF">
      <w:r>
        <w:rPr>
          <w:noProof/>
        </w:rPr>
        <w:drawing>
          <wp:inline distT="0" distB="0" distL="0" distR="0" wp14:anchorId="71A5BF07" wp14:editId="7E9E591D">
            <wp:extent cx="5212080" cy="390280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e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1E583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68E9C6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58</w:t>
      </w:r>
    </w:p>
    <w:p w14:paraId="5812A54F" w14:textId="77777777" w:rsidR="00586820" w:rsidRDefault="00D03DDF">
      <w:r>
        <w:rPr>
          <w:noProof/>
        </w:rPr>
        <w:drawing>
          <wp:inline distT="0" distB="0" distL="0" distR="0" wp14:anchorId="1BCDAB31" wp14:editId="3C2D41CE">
            <wp:extent cx="5212080" cy="394927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jpe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4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CA0A3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28B7E5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59</w:t>
      </w:r>
    </w:p>
    <w:p w14:paraId="5C7B4D89" w14:textId="77777777" w:rsidR="00586820" w:rsidRDefault="00D03DDF">
      <w:r>
        <w:rPr>
          <w:noProof/>
        </w:rPr>
        <w:drawing>
          <wp:inline distT="0" distB="0" distL="0" distR="0" wp14:anchorId="2F424EDC" wp14:editId="1DD80B4A">
            <wp:extent cx="5212080" cy="2930364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70DE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5A89DF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60</w:t>
      </w:r>
    </w:p>
    <w:p w14:paraId="30BFB6E3" w14:textId="77777777" w:rsidR="00586820" w:rsidRDefault="00D03DDF">
      <w:r>
        <w:rPr>
          <w:noProof/>
        </w:rPr>
        <w:drawing>
          <wp:inline distT="0" distB="0" distL="0" distR="0" wp14:anchorId="0435E6A9" wp14:editId="22DE8D88">
            <wp:extent cx="5212080" cy="2534502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9.jpe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7F85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95FF6C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61</w:t>
      </w:r>
    </w:p>
    <w:p w14:paraId="418B943A" w14:textId="77777777" w:rsidR="00586820" w:rsidRDefault="00D03DDF">
      <w:r>
        <w:rPr>
          <w:noProof/>
        </w:rPr>
        <w:drawing>
          <wp:inline distT="0" distB="0" distL="0" distR="0" wp14:anchorId="4EE84D5B" wp14:editId="40EC89AE">
            <wp:extent cx="5212080" cy="3060203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6.jpe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6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23DA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0C4F01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62</w:t>
      </w:r>
    </w:p>
    <w:p w14:paraId="6E3A63F6" w14:textId="77777777" w:rsidR="00586820" w:rsidRDefault="00D03DDF">
      <w:r>
        <w:rPr>
          <w:noProof/>
        </w:rPr>
        <w:lastRenderedPageBreak/>
        <w:drawing>
          <wp:inline distT="0" distB="0" distL="0" distR="0" wp14:anchorId="4D6AA816" wp14:editId="0FBF1F99">
            <wp:extent cx="5212080" cy="292849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2.jpe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9BF8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3D4FB3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63</w:t>
      </w:r>
    </w:p>
    <w:p w14:paraId="7CB5C1F8" w14:textId="77777777" w:rsidR="00586820" w:rsidRDefault="00D03DDF">
      <w:r>
        <w:rPr>
          <w:noProof/>
        </w:rPr>
        <w:drawing>
          <wp:inline distT="0" distB="0" distL="0" distR="0" wp14:anchorId="322BEEA0" wp14:editId="5A6E32E3">
            <wp:extent cx="5212080" cy="3914956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jpe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3D41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63DD1B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64</w:t>
      </w:r>
    </w:p>
    <w:p w14:paraId="0CA21612" w14:textId="77777777" w:rsidR="00586820" w:rsidRDefault="00D03DDF">
      <w:r>
        <w:rPr>
          <w:noProof/>
        </w:rPr>
        <w:lastRenderedPageBreak/>
        <w:drawing>
          <wp:inline distT="0" distB="0" distL="0" distR="0" wp14:anchorId="50A3023C" wp14:editId="1899947C">
            <wp:extent cx="5212080" cy="293179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3.jpe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6EC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9E8AC8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65</w:t>
      </w:r>
    </w:p>
    <w:p w14:paraId="2E2E9845" w14:textId="77777777" w:rsidR="00586820" w:rsidRDefault="00D03DDF">
      <w:r>
        <w:rPr>
          <w:noProof/>
        </w:rPr>
        <w:lastRenderedPageBreak/>
        <w:drawing>
          <wp:inline distT="0" distB="0" distL="0" distR="0" wp14:anchorId="56E226F9" wp14:editId="3CFDF4B3">
            <wp:extent cx="5212080" cy="6941434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8.jpe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46CE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521B719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66</w:t>
      </w:r>
    </w:p>
    <w:p w14:paraId="297A1F3D" w14:textId="77777777" w:rsidR="00586820" w:rsidRDefault="00D03DDF">
      <w:r>
        <w:rPr>
          <w:noProof/>
        </w:rPr>
        <w:lastRenderedPageBreak/>
        <w:drawing>
          <wp:inline distT="0" distB="0" distL="0" distR="0" wp14:anchorId="75A1537C" wp14:editId="490CC1CB">
            <wp:extent cx="5212080" cy="2688771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68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D230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C05A26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67</w:t>
      </w:r>
    </w:p>
    <w:p w14:paraId="4F34219C" w14:textId="77777777" w:rsidR="00586820" w:rsidRDefault="00D03DDF">
      <w:r>
        <w:rPr>
          <w:noProof/>
        </w:rPr>
        <w:drawing>
          <wp:inline distT="0" distB="0" distL="0" distR="0" wp14:anchorId="09736B6E" wp14:editId="2BED16E8">
            <wp:extent cx="5212080" cy="3460242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jpe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2F7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1FCDC1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68</w:t>
      </w:r>
    </w:p>
    <w:p w14:paraId="7C94976D" w14:textId="77777777" w:rsidR="00586820" w:rsidRDefault="00D03DDF">
      <w:r>
        <w:rPr>
          <w:noProof/>
        </w:rPr>
        <w:lastRenderedPageBreak/>
        <w:drawing>
          <wp:inline distT="0" distB="0" distL="0" distR="0" wp14:anchorId="419481BF" wp14:editId="79425074">
            <wp:extent cx="5212080" cy="3912837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e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2237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A97513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69</w:t>
      </w:r>
    </w:p>
    <w:p w14:paraId="1A14763E" w14:textId="77777777" w:rsidR="00586820" w:rsidRDefault="00D03DDF">
      <w:r>
        <w:rPr>
          <w:noProof/>
        </w:rPr>
        <w:drawing>
          <wp:inline distT="0" distB="0" distL="0" distR="0" wp14:anchorId="00156AB4" wp14:editId="50AB38E8">
            <wp:extent cx="5212080" cy="293179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8DD5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5207B5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70</w:t>
      </w:r>
    </w:p>
    <w:p w14:paraId="5A28BAE8" w14:textId="77777777" w:rsidR="00586820" w:rsidRDefault="00D03DDF">
      <w:r>
        <w:rPr>
          <w:noProof/>
        </w:rPr>
        <w:lastRenderedPageBreak/>
        <w:drawing>
          <wp:inline distT="0" distB="0" distL="0" distR="0" wp14:anchorId="53B2FAFE" wp14:editId="1453BA2B">
            <wp:extent cx="5212080" cy="3583944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e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8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2B3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D630F5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71</w:t>
      </w:r>
    </w:p>
    <w:p w14:paraId="4C505552" w14:textId="77777777" w:rsidR="00586820" w:rsidRDefault="00D03DDF">
      <w:r>
        <w:rPr>
          <w:noProof/>
        </w:rPr>
        <w:drawing>
          <wp:inline distT="0" distB="0" distL="0" distR="0" wp14:anchorId="6B19B991" wp14:editId="54F0E77C">
            <wp:extent cx="5212080" cy="4006226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e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0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60707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3A8620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72</w:t>
      </w:r>
    </w:p>
    <w:p w14:paraId="7DC548C8" w14:textId="77777777" w:rsidR="00586820" w:rsidRDefault="00D03DDF">
      <w:r>
        <w:rPr>
          <w:noProof/>
        </w:rPr>
        <w:drawing>
          <wp:inline distT="0" distB="0" distL="0" distR="0" wp14:anchorId="38ED6AF8" wp14:editId="072D8DA7">
            <wp:extent cx="5212080" cy="3890912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jpe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6213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B5C8F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73</w:t>
      </w:r>
    </w:p>
    <w:p w14:paraId="70EAD70F" w14:textId="77777777" w:rsidR="00586820" w:rsidRDefault="00D03DDF">
      <w:r>
        <w:rPr>
          <w:noProof/>
        </w:rPr>
        <w:drawing>
          <wp:inline distT="0" distB="0" distL="0" distR="0" wp14:anchorId="79A0062C" wp14:editId="0B19C345">
            <wp:extent cx="5212080" cy="3166929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jpe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9510F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3B79AF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74</w:t>
      </w:r>
    </w:p>
    <w:p w14:paraId="55C0F2EF" w14:textId="77777777" w:rsidR="00586820" w:rsidRDefault="00D03DDF">
      <w:r>
        <w:rPr>
          <w:noProof/>
        </w:rPr>
        <w:drawing>
          <wp:inline distT="0" distB="0" distL="0" distR="0" wp14:anchorId="7664D626" wp14:editId="157876D4">
            <wp:extent cx="5212080" cy="2932963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jpe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4A8A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D378CE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75</w:t>
      </w:r>
    </w:p>
    <w:p w14:paraId="27253929" w14:textId="77777777" w:rsidR="00586820" w:rsidRDefault="00D03DDF">
      <w:r>
        <w:rPr>
          <w:noProof/>
        </w:rPr>
        <w:drawing>
          <wp:inline distT="0" distB="0" distL="0" distR="0" wp14:anchorId="497362C8" wp14:editId="6AA15C3C">
            <wp:extent cx="5212080" cy="2509804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7.jpe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E990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D12B30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76</w:t>
      </w:r>
    </w:p>
    <w:p w14:paraId="516A3668" w14:textId="77777777" w:rsidR="00586820" w:rsidRDefault="00D03DDF">
      <w:r>
        <w:rPr>
          <w:noProof/>
        </w:rPr>
        <w:lastRenderedPageBreak/>
        <w:drawing>
          <wp:inline distT="0" distB="0" distL="0" distR="0" wp14:anchorId="4B5C51DF" wp14:editId="2FBDBD51">
            <wp:extent cx="5212080" cy="293179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3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6162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E7D0FB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77</w:t>
      </w:r>
    </w:p>
    <w:p w14:paraId="2ECFC940" w14:textId="77777777" w:rsidR="00586820" w:rsidRDefault="00D03DDF">
      <w:r>
        <w:rPr>
          <w:noProof/>
        </w:rPr>
        <w:drawing>
          <wp:inline distT="0" distB="0" distL="0" distR="0" wp14:anchorId="1D149615" wp14:editId="39CE6C4F">
            <wp:extent cx="5212080" cy="3909059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jpe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6ED1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5704E9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78</w:t>
      </w:r>
    </w:p>
    <w:p w14:paraId="2083209E" w14:textId="77777777" w:rsidR="00586820" w:rsidRDefault="00586820"/>
    <w:p w14:paraId="6186FE40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2D4C79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79</w:t>
      </w:r>
    </w:p>
    <w:p w14:paraId="07F92294" w14:textId="77777777" w:rsidR="00586820" w:rsidRDefault="00D03DDF">
      <w:r>
        <w:rPr>
          <w:noProof/>
        </w:rPr>
        <w:drawing>
          <wp:inline distT="0" distB="0" distL="0" distR="0" wp14:anchorId="3F1DF3E2" wp14:editId="7B21EF21">
            <wp:extent cx="5212080" cy="3980133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jpe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8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048E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4E8B3A9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80</w:t>
      </w:r>
    </w:p>
    <w:p w14:paraId="5E411EA7" w14:textId="77777777" w:rsidR="00586820" w:rsidRDefault="00D03DDF">
      <w:r>
        <w:rPr>
          <w:noProof/>
        </w:rPr>
        <w:lastRenderedPageBreak/>
        <w:drawing>
          <wp:inline distT="0" distB="0" distL="0" distR="0" wp14:anchorId="5FDFB082" wp14:editId="23835E3E">
            <wp:extent cx="5212080" cy="3249763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jpe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4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1D8B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023BB7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81</w:t>
      </w:r>
    </w:p>
    <w:p w14:paraId="45DBE661" w14:textId="77777777" w:rsidR="00586820" w:rsidRDefault="00D03DDF">
      <w:r>
        <w:rPr>
          <w:noProof/>
        </w:rPr>
        <w:drawing>
          <wp:inline distT="0" distB="0" distL="0" distR="0" wp14:anchorId="01C34366" wp14:editId="3AFD4F7C">
            <wp:extent cx="5212080" cy="3479897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4.jpe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1E46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F4493C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82</w:t>
      </w:r>
    </w:p>
    <w:p w14:paraId="14E6B20F" w14:textId="77777777" w:rsidR="00586820" w:rsidRDefault="00D03DDF">
      <w:r>
        <w:rPr>
          <w:noProof/>
        </w:rPr>
        <w:lastRenderedPageBreak/>
        <w:drawing>
          <wp:inline distT="0" distB="0" distL="0" distR="0" wp14:anchorId="22DF2111" wp14:editId="65044B8F">
            <wp:extent cx="5212080" cy="5318116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31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99EB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05AFEA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83</w:t>
      </w:r>
    </w:p>
    <w:p w14:paraId="2DE8A97C" w14:textId="77777777" w:rsidR="00586820" w:rsidRDefault="00D03DDF">
      <w:r>
        <w:rPr>
          <w:noProof/>
        </w:rPr>
        <w:drawing>
          <wp:inline distT="0" distB="0" distL="0" distR="0" wp14:anchorId="70D3AA9A" wp14:editId="0344C73E">
            <wp:extent cx="5212080" cy="1668833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66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AB8D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351CBD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84</w:t>
      </w:r>
    </w:p>
    <w:p w14:paraId="74052E92" w14:textId="77777777" w:rsidR="00586820" w:rsidRDefault="00D03DDF">
      <w:r>
        <w:rPr>
          <w:noProof/>
        </w:rPr>
        <w:lastRenderedPageBreak/>
        <w:drawing>
          <wp:inline distT="0" distB="0" distL="0" distR="0" wp14:anchorId="009C3B37" wp14:editId="04986E79">
            <wp:extent cx="5212080" cy="293409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e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9DD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22C02D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85</w:t>
      </w:r>
    </w:p>
    <w:p w14:paraId="4D74F13A" w14:textId="77777777" w:rsidR="00586820" w:rsidRDefault="00D03DDF">
      <w:r>
        <w:rPr>
          <w:noProof/>
        </w:rPr>
        <w:drawing>
          <wp:inline distT="0" distB="0" distL="0" distR="0" wp14:anchorId="66D2D8FD" wp14:editId="41DB4219">
            <wp:extent cx="5212080" cy="2930364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72E1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D8FF10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86</w:t>
      </w:r>
    </w:p>
    <w:p w14:paraId="361EC774" w14:textId="77777777" w:rsidR="00586820" w:rsidRDefault="00D03DDF">
      <w:r>
        <w:rPr>
          <w:noProof/>
        </w:rPr>
        <w:lastRenderedPageBreak/>
        <w:drawing>
          <wp:inline distT="0" distB="0" distL="0" distR="0" wp14:anchorId="1383A37C" wp14:editId="3C237CD3">
            <wp:extent cx="5212080" cy="390906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e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772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FA6982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87</w:t>
      </w:r>
    </w:p>
    <w:p w14:paraId="55279004" w14:textId="77777777" w:rsidR="00586820" w:rsidRDefault="00D03DDF">
      <w:r>
        <w:rPr>
          <w:noProof/>
        </w:rPr>
        <w:drawing>
          <wp:inline distT="0" distB="0" distL="0" distR="0" wp14:anchorId="38788E02" wp14:editId="03ECB706">
            <wp:extent cx="5212080" cy="293179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CDBB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315FBC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88</w:t>
      </w:r>
    </w:p>
    <w:p w14:paraId="2D681A1E" w14:textId="77777777" w:rsidR="00586820" w:rsidRDefault="00D03DDF">
      <w:r>
        <w:rPr>
          <w:noProof/>
        </w:rPr>
        <w:lastRenderedPageBreak/>
        <w:drawing>
          <wp:inline distT="0" distB="0" distL="0" distR="0" wp14:anchorId="2B3621EB" wp14:editId="56C00BD0">
            <wp:extent cx="5212080" cy="418384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2.jpe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1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EC63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AC80E1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89</w:t>
      </w:r>
    </w:p>
    <w:p w14:paraId="17D172D5" w14:textId="77777777" w:rsidR="00586820" w:rsidRDefault="00D03DDF">
      <w:r>
        <w:rPr>
          <w:noProof/>
        </w:rPr>
        <w:drawing>
          <wp:inline distT="0" distB="0" distL="0" distR="0" wp14:anchorId="2092036E" wp14:editId="1C9A56C6">
            <wp:extent cx="5212080" cy="3032287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7.jpe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3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F0D33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D1A43BA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90</w:t>
      </w:r>
    </w:p>
    <w:p w14:paraId="73A52D7B" w14:textId="77777777" w:rsidR="00586820" w:rsidRDefault="00D03DDF">
      <w:r>
        <w:rPr>
          <w:noProof/>
        </w:rPr>
        <w:drawing>
          <wp:inline distT="0" distB="0" distL="0" distR="0" wp14:anchorId="67FFAC2A" wp14:editId="567CB6FA">
            <wp:extent cx="5212080" cy="390019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8.jpe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EABB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D9E51D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91</w:t>
      </w:r>
    </w:p>
    <w:p w14:paraId="6DB66E15" w14:textId="77777777" w:rsidR="00586820" w:rsidRDefault="00D03DDF">
      <w:r>
        <w:rPr>
          <w:noProof/>
        </w:rPr>
        <w:lastRenderedPageBreak/>
        <w:drawing>
          <wp:inline distT="0" distB="0" distL="0" distR="0" wp14:anchorId="098467FF" wp14:editId="37964694">
            <wp:extent cx="5212080" cy="4002423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9.jpe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0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18D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A87914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92</w:t>
      </w:r>
    </w:p>
    <w:p w14:paraId="7DDDFC5A" w14:textId="77777777" w:rsidR="00586820" w:rsidRDefault="00D03DDF">
      <w:r>
        <w:rPr>
          <w:noProof/>
        </w:rPr>
        <w:drawing>
          <wp:inline distT="0" distB="0" distL="0" distR="0" wp14:anchorId="1B1E644C" wp14:editId="77FA8ADA">
            <wp:extent cx="5212080" cy="293179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7108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DB2641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93</w:t>
      </w:r>
    </w:p>
    <w:p w14:paraId="5FB7682D" w14:textId="77777777" w:rsidR="00586820" w:rsidRDefault="00D03DDF">
      <w:r>
        <w:rPr>
          <w:noProof/>
        </w:rPr>
        <w:lastRenderedPageBreak/>
        <w:drawing>
          <wp:inline distT="0" distB="0" distL="0" distR="0" wp14:anchorId="61ADC5D4" wp14:editId="628B40F0">
            <wp:extent cx="5212080" cy="3748193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jpe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4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476A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3E93C5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94</w:t>
      </w:r>
    </w:p>
    <w:p w14:paraId="25BB99C3" w14:textId="77777777" w:rsidR="00586820" w:rsidRDefault="00D03DDF">
      <w:r>
        <w:rPr>
          <w:noProof/>
        </w:rPr>
        <w:drawing>
          <wp:inline distT="0" distB="0" distL="0" distR="0" wp14:anchorId="134718BF" wp14:editId="298D1DE5">
            <wp:extent cx="5212080" cy="3471327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jpe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6995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D368895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95</w:t>
      </w:r>
    </w:p>
    <w:p w14:paraId="3022A960" w14:textId="77777777" w:rsidR="00586820" w:rsidRDefault="00D03DDF">
      <w:r>
        <w:rPr>
          <w:noProof/>
        </w:rPr>
        <w:drawing>
          <wp:inline distT="0" distB="0" distL="0" distR="0" wp14:anchorId="25C0B11C" wp14:editId="6C574D9F">
            <wp:extent cx="5212080" cy="655011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5.jpe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5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89B6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6FF460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96</w:t>
      </w:r>
    </w:p>
    <w:p w14:paraId="3A2DE1BE" w14:textId="77777777" w:rsidR="00586820" w:rsidRDefault="00D03DDF">
      <w:r>
        <w:rPr>
          <w:noProof/>
        </w:rPr>
        <w:lastRenderedPageBreak/>
        <w:drawing>
          <wp:inline distT="0" distB="0" distL="0" distR="0" wp14:anchorId="6C49AD6B" wp14:editId="618EC7FF">
            <wp:extent cx="5212080" cy="3025971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0.jpe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2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A0B3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6CD2AF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97</w:t>
      </w:r>
    </w:p>
    <w:p w14:paraId="07F6852D" w14:textId="77777777" w:rsidR="00586820" w:rsidRDefault="00D03DDF">
      <w:r>
        <w:rPr>
          <w:noProof/>
        </w:rPr>
        <w:drawing>
          <wp:inline distT="0" distB="0" distL="0" distR="0" wp14:anchorId="3D9B71A8" wp14:editId="0F6402B7">
            <wp:extent cx="5212080" cy="3844204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3.jpe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4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FC65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049043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98</w:t>
      </w:r>
    </w:p>
    <w:p w14:paraId="1C34BC68" w14:textId="77777777" w:rsidR="00586820" w:rsidRDefault="00D03DDF">
      <w:r>
        <w:rPr>
          <w:noProof/>
        </w:rPr>
        <w:lastRenderedPageBreak/>
        <w:drawing>
          <wp:inline distT="0" distB="0" distL="0" distR="0" wp14:anchorId="0AC8E14E" wp14:editId="57781100">
            <wp:extent cx="5212080" cy="2826029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4.jpe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82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C9B41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04CCC4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99</w:t>
      </w:r>
    </w:p>
    <w:p w14:paraId="1D468EF3" w14:textId="77777777" w:rsidR="00586820" w:rsidRDefault="00D03DDF">
      <w:r>
        <w:rPr>
          <w:noProof/>
        </w:rPr>
        <w:drawing>
          <wp:inline distT="0" distB="0" distL="0" distR="0" wp14:anchorId="34311886" wp14:editId="5A869941">
            <wp:extent cx="5212080" cy="293179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6C61D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E4B137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100</w:t>
      </w:r>
    </w:p>
    <w:p w14:paraId="31376ACB" w14:textId="77777777" w:rsidR="00586820" w:rsidRDefault="00D03DDF">
      <w:r>
        <w:rPr>
          <w:noProof/>
        </w:rPr>
        <w:lastRenderedPageBreak/>
        <w:drawing>
          <wp:inline distT="0" distB="0" distL="0" distR="0" wp14:anchorId="78B244E0" wp14:editId="6A0945A6">
            <wp:extent cx="5212080" cy="29365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e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8B30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6C9FA9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101</w:t>
      </w:r>
    </w:p>
    <w:p w14:paraId="0D9FA99C" w14:textId="77777777" w:rsidR="00586820" w:rsidRDefault="00D03DDF">
      <w:r>
        <w:rPr>
          <w:noProof/>
        </w:rPr>
        <w:drawing>
          <wp:inline distT="0" distB="0" distL="0" distR="0" wp14:anchorId="00C1F050" wp14:editId="2B2CDBF8">
            <wp:extent cx="5212080" cy="390906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jpe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A79F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B66170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102</w:t>
      </w:r>
    </w:p>
    <w:p w14:paraId="168F4683" w14:textId="77777777" w:rsidR="00586820" w:rsidRDefault="00D03DDF">
      <w:r>
        <w:rPr>
          <w:noProof/>
        </w:rPr>
        <w:lastRenderedPageBreak/>
        <w:drawing>
          <wp:inline distT="0" distB="0" distL="0" distR="0" wp14:anchorId="72FF87B1" wp14:editId="50058B65">
            <wp:extent cx="5212080" cy="3641173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8.jpe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4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0BB93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78C1C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103</w:t>
      </w:r>
    </w:p>
    <w:p w14:paraId="4BAEE528" w14:textId="77777777" w:rsidR="00586820" w:rsidRDefault="00D03DDF">
      <w:r>
        <w:rPr>
          <w:noProof/>
        </w:rPr>
        <w:drawing>
          <wp:inline distT="0" distB="0" distL="0" distR="0" wp14:anchorId="7FC18E1C" wp14:editId="3F75C201">
            <wp:extent cx="5212080" cy="3259644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9.jpe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5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FEBC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1CE258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104</w:t>
      </w:r>
    </w:p>
    <w:p w14:paraId="7C834EFC" w14:textId="77777777" w:rsidR="00586820" w:rsidRDefault="00586820"/>
    <w:p w14:paraId="547A25A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D03B802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105</w:t>
      </w:r>
    </w:p>
    <w:p w14:paraId="42B708FB" w14:textId="77777777" w:rsidR="00586820" w:rsidRDefault="00D03DDF">
      <w:r>
        <w:rPr>
          <w:noProof/>
        </w:rPr>
        <w:drawing>
          <wp:inline distT="0" distB="0" distL="0" distR="0" wp14:anchorId="23A087B1" wp14:editId="60825748">
            <wp:extent cx="5212080" cy="293179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608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4E3B84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106</w:t>
      </w:r>
    </w:p>
    <w:p w14:paraId="5F20DC66" w14:textId="77777777" w:rsidR="00586820" w:rsidRDefault="00D03DDF">
      <w:r>
        <w:rPr>
          <w:noProof/>
        </w:rPr>
        <w:drawing>
          <wp:inline distT="0" distB="0" distL="0" distR="0" wp14:anchorId="035B5806" wp14:editId="624CA31D">
            <wp:extent cx="5212080" cy="3749401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e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4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421C7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B80984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107</w:t>
      </w:r>
    </w:p>
    <w:p w14:paraId="4F5E8C1F" w14:textId="77777777" w:rsidR="00586820" w:rsidRDefault="00D03DDF">
      <w:r>
        <w:rPr>
          <w:noProof/>
        </w:rPr>
        <w:drawing>
          <wp:inline distT="0" distB="0" distL="0" distR="0" wp14:anchorId="311A6D92" wp14:editId="5DEA524E">
            <wp:extent cx="5212080" cy="2775263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jpe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77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612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CC69BA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108</w:t>
      </w:r>
    </w:p>
    <w:p w14:paraId="0A4DC783" w14:textId="77777777" w:rsidR="00586820" w:rsidRDefault="00D03DDF">
      <w:r>
        <w:rPr>
          <w:noProof/>
        </w:rPr>
        <w:drawing>
          <wp:inline distT="0" distB="0" distL="0" distR="0" wp14:anchorId="01645321" wp14:editId="00D5D5D6">
            <wp:extent cx="5212080" cy="293179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B9367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C82B3B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109</w:t>
      </w:r>
    </w:p>
    <w:p w14:paraId="7D34DFB2" w14:textId="77777777" w:rsidR="00586820" w:rsidRDefault="00D03DDF">
      <w:r>
        <w:rPr>
          <w:noProof/>
        </w:rPr>
        <w:lastRenderedPageBreak/>
        <w:drawing>
          <wp:inline distT="0" distB="0" distL="0" distR="0" wp14:anchorId="267912BD" wp14:editId="0DD0B125">
            <wp:extent cx="5212080" cy="6945029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jpe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6B1A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48AA64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110</w:t>
      </w:r>
    </w:p>
    <w:p w14:paraId="261A5580" w14:textId="77777777" w:rsidR="00586820" w:rsidRDefault="00D03DDF">
      <w:r>
        <w:rPr>
          <w:noProof/>
        </w:rPr>
        <w:lastRenderedPageBreak/>
        <w:drawing>
          <wp:inline distT="0" distB="0" distL="0" distR="0" wp14:anchorId="1A28806B" wp14:editId="1ED34BE6">
            <wp:extent cx="5212080" cy="2939424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3.jpe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E99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D631FE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111</w:t>
      </w:r>
    </w:p>
    <w:p w14:paraId="5ECB3ADA" w14:textId="77777777" w:rsidR="00586820" w:rsidRDefault="00D03DDF">
      <w:r>
        <w:rPr>
          <w:noProof/>
        </w:rPr>
        <w:drawing>
          <wp:inline distT="0" distB="0" distL="0" distR="0" wp14:anchorId="2B13692C" wp14:editId="22B67811">
            <wp:extent cx="5212080" cy="293179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4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DB2E9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DE555D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112</w:t>
      </w:r>
    </w:p>
    <w:p w14:paraId="621AA744" w14:textId="77777777" w:rsidR="00586820" w:rsidRDefault="00D03DDF">
      <w:r>
        <w:rPr>
          <w:noProof/>
        </w:rPr>
        <w:lastRenderedPageBreak/>
        <w:drawing>
          <wp:inline distT="0" distB="0" distL="0" distR="0" wp14:anchorId="4D28F369" wp14:editId="370EF36D">
            <wp:extent cx="5212080" cy="3474719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5.jpe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FC24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D1D112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113</w:t>
      </w:r>
    </w:p>
    <w:p w14:paraId="4F29076C" w14:textId="77777777" w:rsidR="00586820" w:rsidRDefault="00D03DDF">
      <w:r>
        <w:rPr>
          <w:noProof/>
        </w:rPr>
        <w:drawing>
          <wp:inline distT="0" distB="0" distL="0" distR="0" wp14:anchorId="539D6A86" wp14:editId="590C6CEC">
            <wp:extent cx="5212080" cy="293179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EA1C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06176E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114</w:t>
      </w:r>
    </w:p>
    <w:p w14:paraId="661B88DB" w14:textId="77777777" w:rsidR="00586820" w:rsidRDefault="00D03DDF">
      <w:r>
        <w:rPr>
          <w:noProof/>
        </w:rPr>
        <w:lastRenderedPageBreak/>
        <w:drawing>
          <wp:inline distT="0" distB="0" distL="0" distR="0" wp14:anchorId="4CBB7632" wp14:editId="4EB23B8C">
            <wp:extent cx="5212080" cy="3905693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e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E2D0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CF2157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115</w:t>
      </w:r>
    </w:p>
    <w:p w14:paraId="2E2F8C91" w14:textId="77777777" w:rsidR="00586820" w:rsidRDefault="00D03DDF">
      <w:r>
        <w:rPr>
          <w:noProof/>
        </w:rPr>
        <w:drawing>
          <wp:inline distT="0" distB="0" distL="0" distR="0" wp14:anchorId="26A34C78" wp14:editId="61B94C91">
            <wp:extent cx="5212080" cy="3900917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e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71F0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A8FE72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116</w:t>
      </w:r>
    </w:p>
    <w:p w14:paraId="2DA43483" w14:textId="77777777" w:rsidR="00586820" w:rsidRDefault="00D03DDF">
      <w:r>
        <w:rPr>
          <w:noProof/>
        </w:rPr>
        <w:drawing>
          <wp:inline distT="0" distB="0" distL="0" distR="0" wp14:anchorId="1CBB40A0" wp14:editId="56AB0DD2">
            <wp:extent cx="5212080" cy="3973701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8.jpe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7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F61E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4DBAC5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117</w:t>
      </w:r>
    </w:p>
    <w:p w14:paraId="1A7056A3" w14:textId="77777777" w:rsidR="00586820" w:rsidRDefault="00D03DDF">
      <w:r>
        <w:rPr>
          <w:noProof/>
        </w:rPr>
        <w:lastRenderedPageBreak/>
        <w:drawing>
          <wp:inline distT="0" distB="0" distL="0" distR="0" wp14:anchorId="7B3E0701" wp14:editId="159FA9C7">
            <wp:extent cx="5212080" cy="390906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9.jpe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5F7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6323CAE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118</w:t>
      </w:r>
    </w:p>
    <w:p w14:paraId="604EB5C0" w14:textId="77777777" w:rsidR="00586820" w:rsidRDefault="00D03DDF">
      <w:r>
        <w:rPr>
          <w:noProof/>
        </w:rPr>
        <w:drawing>
          <wp:inline distT="0" distB="0" distL="0" distR="0" wp14:anchorId="2940E6E0" wp14:editId="39E5DFF7">
            <wp:extent cx="5212080" cy="2631842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63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F7F1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FDB3DE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119</w:t>
      </w:r>
    </w:p>
    <w:p w14:paraId="48E237EF" w14:textId="77777777" w:rsidR="00586820" w:rsidRDefault="00D03DDF">
      <w:r>
        <w:rPr>
          <w:noProof/>
        </w:rPr>
        <w:lastRenderedPageBreak/>
        <w:drawing>
          <wp:inline distT="0" distB="0" distL="0" distR="0" wp14:anchorId="42CDD03C" wp14:editId="6CBA6EE7">
            <wp:extent cx="5212080" cy="3468402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e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8991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8655227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120</w:t>
      </w:r>
    </w:p>
    <w:p w14:paraId="620DA3B8" w14:textId="77777777" w:rsidR="00586820" w:rsidRDefault="00D03DDF">
      <w:r>
        <w:rPr>
          <w:noProof/>
        </w:rPr>
        <w:drawing>
          <wp:inline distT="0" distB="0" distL="0" distR="0" wp14:anchorId="473D7D58" wp14:editId="1CFE6253">
            <wp:extent cx="5212080" cy="39064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e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A5E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4407E5E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121</w:t>
      </w:r>
    </w:p>
    <w:p w14:paraId="593CACFF" w14:textId="77777777" w:rsidR="00586820" w:rsidRDefault="00D03DDF">
      <w:r>
        <w:rPr>
          <w:noProof/>
        </w:rPr>
        <w:drawing>
          <wp:inline distT="0" distB="0" distL="0" distR="0" wp14:anchorId="660EDD52" wp14:editId="634D8474">
            <wp:extent cx="5212080" cy="325755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jpe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58C1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09C96A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122</w:t>
      </w:r>
    </w:p>
    <w:p w14:paraId="524BD935" w14:textId="77777777" w:rsidR="00586820" w:rsidRDefault="00D03DDF">
      <w:r>
        <w:rPr>
          <w:noProof/>
        </w:rPr>
        <w:lastRenderedPageBreak/>
        <w:drawing>
          <wp:inline distT="0" distB="0" distL="0" distR="0" wp14:anchorId="2FDF4509" wp14:editId="23683D84">
            <wp:extent cx="5212080" cy="9345799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jpe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93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8B8F8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F3CDF75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123</w:t>
      </w:r>
    </w:p>
    <w:p w14:paraId="2D554B6B" w14:textId="77777777" w:rsidR="00586820" w:rsidRDefault="00D03DDF">
      <w:r>
        <w:rPr>
          <w:noProof/>
        </w:rPr>
        <w:drawing>
          <wp:inline distT="0" distB="0" distL="0" distR="0" wp14:anchorId="710CC339" wp14:editId="11AA4C7C">
            <wp:extent cx="5212080" cy="347743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6.jpe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1F63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32FF8C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124</w:t>
      </w:r>
    </w:p>
    <w:p w14:paraId="2268902A" w14:textId="77777777" w:rsidR="00586820" w:rsidRDefault="00D03DDF">
      <w:r>
        <w:rPr>
          <w:noProof/>
        </w:rPr>
        <w:drawing>
          <wp:inline distT="0" distB="0" distL="0" distR="0" wp14:anchorId="4D44DE61" wp14:editId="661404F4">
            <wp:extent cx="5212080" cy="2953892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1.jpe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5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5DD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6B70F9D8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125</w:t>
      </w:r>
    </w:p>
    <w:p w14:paraId="682DB865" w14:textId="77777777" w:rsidR="00586820" w:rsidRDefault="00D03DDF">
      <w:r>
        <w:rPr>
          <w:noProof/>
        </w:rPr>
        <w:drawing>
          <wp:inline distT="0" distB="0" distL="0" distR="0" wp14:anchorId="290EFD0D" wp14:editId="3F0EB197">
            <wp:extent cx="5212080" cy="2980083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jpe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8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7EE4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44E0A96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126</w:t>
      </w:r>
    </w:p>
    <w:p w14:paraId="70F91E0A" w14:textId="77777777" w:rsidR="00586820" w:rsidRDefault="00D03DDF">
      <w:r>
        <w:rPr>
          <w:noProof/>
        </w:rPr>
        <w:drawing>
          <wp:inline distT="0" distB="0" distL="0" distR="0" wp14:anchorId="31BFCDD7" wp14:editId="26487EBC">
            <wp:extent cx="5212080" cy="3909059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jpe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681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75FD09D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127</w:t>
      </w:r>
    </w:p>
    <w:p w14:paraId="51D2C87D" w14:textId="77777777" w:rsidR="00586820" w:rsidRDefault="00D03DDF">
      <w:r>
        <w:rPr>
          <w:noProof/>
        </w:rPr>
        <w:drawing>
          <wp:inline distT="0" distB="0" distL="0" distR="0" wp14:anchorId="4632ACAA" wp14:editId="2116E2B5">
            <wp:extent cx="5212080" cy="564911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5.jpe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6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38C1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92819A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128</w:t>
      </w:r>
    </w:p>
    <w:p w14:paraId="526E12AF" w14:textId="77777777" w:rsidR="00586820" w:rsidRDefault="00D03DDF">
      <w:r>
        <w:rPr>
          <w:noProof/>
        </w:rPr>
        <w:lastRenderedPageBreak/>
        <w:drawing>
          <wp:inline distT="0" distB="0" distL="0" distR="0" wp14:anchorId="0603F148" wp14:editId="604BFB1F">
            <wp:extent cx="5212080" cy="390906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0.jpe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FA1A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2F7A95C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129</w:t>
      </w:r>
    </w:p>
    <w:p w14:paraId="0CD1FADF" w14:textId="77777777" w:rsidR="00586820" w:rsidRDefault="00D03DDF">
      <w:r>
        <w:rPr>
          <w:noProof/>
        </w:rPr>
        <w:drawing>
          <wp:inline distT="0" distB="0" distL="0" distR="0" wp14:anchorId="5DEDB54B" wp14:editId="0350E0B5">
            <wp:extent cx="5212080" cy="3909058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e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1FA3A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1396C44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130</w:t>
      </w:r>
    </w:p>
    <w:p w14:paraId="42FB6DCE" w14:textId="77777777" w:rsidR="00586820" w:rsidRDefault="00D03DDF">
      <w:r>
        <w:rPr>
          <w:noProof/>
        </w:rPr>
        <w:drawing>
          <wp:inline distT="0" distB="0" distL="0" distR="0" wp14:anchorId="50C926CA" wp14:editId="4FE20593">
            <wp:extent cx="5212080" cy="3906293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e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0507A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10C2D98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131</w:t>
      </w:r>
    </w:p>
    <w:p w14:paraId="4B3DC874" w14:textId="77777777" w:rsidR="00586820" w:rsidRDefault="00D03DDF">
      <w:r>
        <w:rPr>
          <w:noProof/>
        </w:rPr>
        <w:drawing>
          <wp:inline distT="0" distB="0" distL="0" distR="0" wp14:anchorId="2CFCC25A" wp14:editId="77B8CA63">
            <wp:extent cx="5212080" cy="2929981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jpe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FF8BD" w14:textId="77777777" w:rsidR="00586820" w:rsidRDefault="00D03DDF">
      <w:r>
        <w:rPr>
          <w:color w:val="232323"/>
          <w:sz w:val="21"/>
        </w:rPr>
        <w:lastRenderedPageBreak/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D362D7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132</w:t>
      </w:r>
    </w:p>
    <w:p w14:paraId="027C3BE1" w14:textId="77777777" w:rsidR="00586820" w:rsidRDefault="00D03DDF">
      <w:r>
        <w:rPr>
          <w:noProof/>
        </w:rPr>
        <w:drawing>
          <wp:inline distT="0" distB="0" distL="0" distR="0" wp14:anchorId="0739340D" wp14:editId="388E8268">
            <wp:extent cx="5212080" cy="6949441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1.jpe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D8F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EBC63D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133</w:t>
      </w:r>
    </w:p>
    <w:p w14:paraId="6C4F8BEB" w14:textId="77777777" w:rsidR="00586820" w:rsidRDefault="00D03DDF">
      <w:r>
        <w:rPr>
          <w:noProof/>
        </w:rPr>
        <w:lastRenderedPageBreak/>
        <w:drawing>
          <wp:inline distT="0" distB="0" distL="0" distR="0" wp14:anchorId="4E2DA5A6" wp14:editId="4838B14A">
            <wp:extent cx="5212080" cy="345366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4.jpe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9B8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8D645E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134</w:t>
      </w:r>
    </w:p>
    <w:p w14:paraId="6F44DA80" w14:textId="77777777" w:rsidR="00586820" w:rsidRDefault="00D03DDF">
      <w:r>
        <w:rPr>
          <w:noProof/>
        </w:rPr>
        <w:drawing>
          <wp:inline distT="0" distB="0" distL="0" distR="0" wp14:anchorId="41F63182" wp14:editId="1CD628F6">
            <wp:extent cx="5212080" cy="293179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5.pn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5F0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46E6DF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135</w:t>
      </w:r>
    </w:p>
    <w:p w14:paraId="6B7E247A" w14:textId="77777777" w:rsidR="00586820" w:rsidRDefault="00D03DDF">
      <w:r>
        <w:rPr>
          <w:noProof/>
        </w:rPr>
        <w:lastRenderedPageBreak/>
        <w:drawing>
          <wp:inline distT="0" distB="0" distL="0" distR="0" wp14:anchorId="5EEE2BF3" wp14:editId="7218E729">
            <wp:extent cx="5212080" cy="6456756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6.jpe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4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A448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9347BC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136</w:t>
      </w:r>
    </w:p>
    <w:p w14:paraId="6D7EA2F1" w14:textId="77777777" w:rsidR="00586820" w:rsidRDefault="00D03DDF">
      <w:r>
        <w:rPr>
          <w:noProof/>
        </w:rPr>
        <w:lastRenderedPageBreak/>
        <w:drawing>
          <wp:inline distT="0" distB="0" distL="0" distR="0" wp14:anchorId="40690096" wp14:editId="17485B87">
            <wp:extent cx="5212080" cy="1996966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99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DE360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7489C0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137</w:t>
      </w:r>
    </w:p>
    <w:p w14:paraId="5796EE05" w14:textId="77777777" w:rsidR="00586820" w:rsidRDefault="00D03DDF">
      <w:r>
        <w:rPr>
          <w:noProof/>
        </w:rPr>
        <w:drawing>
          <wp:inline distT="0" distB="0" distL="0" distR="0" wp14:anchorId="4DEC0623" wp14:editId="72B43A1D">
            <wp:extent cx="5212080" cy="3914422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60D1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8A1B61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138</w:t>
      </w:r>
    </w:p>
    <w:p w14:paraId="2ED3CF80" w14:textId="77777777" w:rsidR="00586820" w:rsidRDefault="00D03DDF">
      <w:r>
        <w:rPr>
          <w:noProof/>
        </w:rPr>
        <w:lastRenderedPageBreak/>
        <w:drawing>
          <wp:inline distT="0" distB="0" distL="0" distR="0" wp14:anchorId="07265CBB" wp14:editId="65C01E84">
            <wp:extent cx="5212080" cy="3911031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jpe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22FE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867144F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139</w:t>
      </w:r>
    </w:p>
    <w:p w14:paraId="3582F0B8" w14:textId="77777777" w:rsidR="00586820" w:rsidRDefault="00D03DDF">
      <w:r>
        <w:rPr>
          <w:noProof/>
        </w:rPr>
        <w:drawing>
          <wp:inline distT="0" distB="0" distL="0" distR="0" wp14:anchorId="165F8AB8" wp14:editId="6A59635F">
            <wp:extent cx="5212080" cy="293179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98A66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351F56CD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140</w:t>
      </w:r>
    </w:p>
    <w:p w14:paraId="0E51D81C" w14:textId="77777777" w:rsidR="00586820" w:rsidRDefault="00D03DDF">
      <w:r>
        <w:rPr>
          <w:noProof/>
        </w:rPr>
        <w:lastRenderedPageBreak/>
        <w:drawing>
          <wp:inline distT="0" distB="0" distL="0" distR="0" wp14:anchorId="02462C00" wp14:editId="5912B279">
            <wp:extent cx="5212080" cy="293179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514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327305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141</w:t>
      </w:r>
    </w:p>
    <w:p w14:paraId="51756253" w14:textId="77777777" w:rsidR="00586820" w:rsidRDefault="00D03DDF">
      <w:r>
        <w:rPr>
          <w:noProof/>
        </w:rPr>
        <w:drawing>
          <wp:inline distT="0" distB="0" distL="0" distR="0" wp14:anchorId="3D55A7D2" wp14:editId="1A14084C">
            <wp:extent cx="5212080" cy="3917966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5.jpe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EE4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246273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142</w:t>
      </w:r>
    </w:p>
    <w:p w14:paraId="085BC054" w14:textId="77777777" w:rsidR="00586820" w:rsidRDefault="00D03DDF">
      <w:r>
        <w:rPr>
          <w:noProof/>
        </w:rPr>
        <w:lastRenderedPageBreak/>
        <w:drawing>
          <wp:inline distT="0" distB="0" distL="0" distR="0" wp14:anchorId="0D8EF965" wp14:editId="41024A7E">
            <wp:extent cx="5212080" cy="695979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6.jpe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5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0B7D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13BA45C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143</w:t>
      </w:r>
    </w:p>
    <w:p w14:paraId="281D311E" w14:textId="77777777" w:rsidR="00586820" w:rsidRDefault="00D03DDF">
      <w:r>
        <w:rPr>
          <w:noProof/>
        </w:rPr>
        <w:lastRenderedPageBreak/>
        <w:drawing>
          <wp:inline distT="0" distB="0" distL="0" distR="0" wp14:anchorId="0FF0A376" wp14:editId="1DBB979F">
            <wp:extent cx="5212080" cy="693837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2.jpe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2219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E007C73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144</w:t>
      </w:r>
    </w:p>
    <w:p w14:paraId="13B2F74A" w14:textId="77777777" w:rsidR="00586820" w:rsidRDefault="00D03DDF">
      <w:r>
        <w:rPr>
          <w:noProof/>
        </w:rPr>
        <w:lastRenderedPageBreak/>
        <w:drawing>
          <wp:inline distT="0" distB="0" distL="0" distR="0" wp14:anchorId="40B4799E" wp14:editId="66AA677B">
            <wp:extent cx="5212080" cy="3906037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e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7C2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A385C0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145</w:t>
      </w:r>
    </w:p>
    <w:p w14:paraId="3F2E4D8F" w14:textId="77777777" w:rsidR="00586820" w:rsidRDefault="00D03DDF">
      <w:r>
        <w:rPr>
          <w:noProof/>
        </w:rPr>
        <w:drawing>
          <wp:inline distT="0" distB="0" distL="0" distR="0" wp14:anchorId="3250C5A8" wp14:editId="5FBB8E0E">
            <wp:extent cx="5212080" cy="3629984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e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2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22D74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776B86C" w14:textId="77777777" w:rsidR="00586820" w:rsidRDefault="00D03DDF">
      <w:r>
        <w:rPr>
          <w:b/>
          <w:color w:val="B88C39"/>
          <w:sz w:val="26"/>
        </w:rPr>
        <w:lastRenderedPageBreak/>
        <w:t>プロジェクト</w:t>
      </w:r>
      <w:r>
        <w:rPr>
          <w:b/>
          <w:color w:val="B88C39"/>
          <w:sz w:val="26"/>
        </w:rPr>
        <w:t xml:space="preserve"> 146</w:t>
      </w:r>
    </w:p>
    <w:p w14:paraId="308DD5B0" w14:textId="77777777" w:rsidR="00586820" w:rsidRDefault="00D03DDF">
      <w:r>
        <w:rPr>
          <w:noProof/>
        </w:rPr>
        <w:drawing>
          <wp:inline distT="0" distB="0" distL="0" distR="0" wp14:anchorId="394588A0" wp14:editId="3B973E4A">
            <wp:extent cx="5212080" cy="2970012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jpe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B7B3B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06C36C6A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147</w:t>
      </w:r>
    </w:p>
    <w:p w14:paraId="1222DA27" w14:textId="77777777" w:rsidR="00586820" w:rsidRDefault="00D03DDF">
      <w:r>
        <w:rPr>
          <w:noProof/>
        </w:rPr>
        <w:drawing>
          <wp:inline distT="0" distB="0" distL="0" distR="0" wp14:anchorId="343D6065" wp14:editId="31A7CF6B">
            <wp:extent cx="5212080" cy="2927936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5.jpe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7D41F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53318DD1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148</w:t>
      </w:r>
    </w:p>
    <w:p w14:paraId="2F1A5BA0" w14:textId="77777777" w:rsidR="00586820" w:rsidRDefault="00D03DDF">
      <w:r>
        <w:rPr>
          <w:noProof/>
        </w:rPr>
        <w:lastRenderedPageBreak/>
        <w:drawing>
          <wp:inline distT="0" distB="0" distL="0" distR="0" wp14:anchorId="0DCD15B7" wp14:editId="0FC6B8CB">
            <wp:extent cx="5212080" cy="293179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6.pn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D4A8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429FE81B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149</w:t>
      </w:r>
    </w:p>
    <w:p w14:paraId="0B981AB2" w14:textId="77777777" w:rsidR="00586820" w:rsidRDefault="00D03DDF">
      <w:r>
        <w:rPr>
          <w:noProof/>
        </w:rPr>
        <w:drawing>
          <wp:inline distT="0" distB="0" distL="0" distR="0" wp14:anchorId="55ABF6C5" wp14:editId="4126D828">
            <wp:extent cx="5212080" cy="2930364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4CBB2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1B474BE0" w14:textId="77777777" w:rsidR="00586820" w:rsidRDefault="00D03DDF">
      <w:r>
        <w:rPr>
          <w:b/>
          <w:color w:val="B88C39"/>
          <w:sz w:val="26"/>
        </w:rPr>
        <w:t>プロジェクト</w:t>
      </w:r>
      <w:r>
        <w:rPr>
          <w:b/>
          <w:color w:val="B88C39"/>
          <w:sz w:val="26"/>
        </w:rPr>
        <w:t xml:space="preserve"> 150</w:t>
      </w:r>
    </w:p>
    <w:p w14:paraId="19368C8C" w14:textId="77777777" w:rsidR="00586820" w:rsidRDefault="00D03DDF">
      <w:r>
        <w:rPr>
          <w:noProof/>
        </w:rPr>
        <w:lastRenderedPageBreak/>
        <w:drawing>
          <wp:inline distT="0" distB="0" distL="0" distR="0" wp14:anchorId="0A3F424A" wp14:editId="37DEB67F">
            <wp:extent cx="5212080" cy="5095738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7.jpe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09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A84DD" w14:textId="77777777" w:rsidR="00586820" w:rsidRDefault="00D03DDF">
      <w:r>
        <w:rPr>
          <w:color w:val="232323"/>
          <w:sz w:val="21"/>
        </w:rPr>
        <w:t>PROTOCEM</w:t>
      </w:r>
      <w:r>
        <w:rPr>
          <w:color w:val="232323"/>
          <w:sz w:val="21"/>
        </w:rPr>
        <w:t>による大規模インフラ・建設プロジェクト。土木工事、都市開発、産業施設、舗装、給排水設備、電気設備などを含む総合施工実績。</w:t>
      </w:r>
    </w:p>
    <w:p w14:paraId="7A88005A" w14:textId="77777777" w:rsidR="00586820" w:rsidRDefault="00D03DDF">
      <w:r>
        <w:br w:type="page"/>
      </w:r>
    </w:p>
    <w:p w14:paraId="4E827661" w14:textId="77777777" w:rsidR="00586820" w:rsidRPr="00C651D0" w:rsidRDefault="00D03DDF">
      <w:pPr>
        <w:rPr>
          <w:lang w:val="es-MX"/>
        </w:rPr>
      </w:pPr>
      <w:proofErr w:type="spellStart"/>
      <w:r>
        <w:rPr>
          <w:b/>
          <w:color w:val="B88C39"/>
          <w:sz w:val="32"/>
        </w:rPr>
        <w:lastRenderedPageBreak/>
        <w:t>会社情報</w:t>
      </w:r>
      <w:proofErr w:type="spellEnd"/>
    </w:p>
    <w:p w14:paraId="7E044079" w14:textId="77777777" w:rsidR="00586820" w:rsidRPr="00C651D0" w:rsidRDefault="00D03DDF">
      <w:pPr>
        <w:rPr>
          <w:lang w:val="es-MX"/>
        </w:rPr>
      </w:pPr>
      <w:proofErr w:type="spellStart"/>
      <w:r>
        <w:rPr>
          <w:color w:val="232323"/>
          <w:sz w:val="21"/>
        </w:rPr>
        <w:t>商号</w:t>
      </w:r>
      <w:proofErr w:type="spellEnd"/>
      <w:r w:rsidRPr="00C651D0">
        <w:rPr>
          <w:color w:val="232323"/>
          <w:sz w:val="21"/>
          <w:lang w:val="es-MX"/>
        </w:rPr>
        <w:t>: PROTOCEM</w:t>
      </w:r>
      <w:r w:rsidRPr="00C651D0">
        <w:rPr>
          <w:color w:val="232323"/>
          <w:sz w:val="21"/>
          <w:lang w:val="es-MX"/>
        </w:rPr>
        <w:br/>
      </w:r>
      <w:proofErr w:type="spellStart"/>
      <w:r>
        <w:rPr>
          <w:color w:val="232323"/>
          <w:sz w:val="21"/>
        </w:rPr>
        <w:t>代表者</w:t>
      </w:r>
      <w:proofErr w:type="spellEnd"/>
      <w:r w:rsidRPr="00C651D0">
        <w:rPr>
          <w:color w:val="232323"/>
          <w:sz w:val="21"/>
          <w:lang w:val="es-MX"/>
        </w:rPr>
        <w:t>: Carlos Eduardo Macías Cháirez</w:t>
      </w:r>
      <w:r w:rsidRPr="00C651D0">
        <w:rPr>
          <w:color w:val="232323"/>
          <w:sz w:val="21"/>
          <w:lang w:val="es-MX"/>
        </w:rPr>
        <w:br/>
      </w:r>
      <w:proofErr w:type="spellStart"/>
      <w:r>
        <w:rPr>
          <w:color w:val="232323"/>
          <w:sz w:val="21"/>
        </w:rPr>
        <w:t>技術登録番号</w:t>
      </w:r>
      <w:proofErr w:type="spellEnd"/>
      <w:r w:rsidRPr="00C651D0">
        <w:rPr>
          <w:color w:val="232323"/>
          <w:sz w:val="21"/>
          <w:lang w:val="es-MX"/>
        </w:rPr>
        <w:t>: 6151593</w:t>
      </w:r>
      <w:r w:rsidRPr="00C651D0">
        <w:rPr>
          <w:color w:val="232323"/>
          <w:sz w:val="21"/>
          <w:lang w:val="es-MX"/>
        </w:rPr>
        <w:br/>
      </w:r>
      <w:proofErr w:type="spellStart"/>
      <w:r>
        <w:rPr>
          <w:color w:val="232323"/>
          <w:sz w:val="21"/>
        </w:rPr>
        <w:t>所在地</w:t>
      </w:r>
      <w:proofErr w:type="spellEnd"/>
      <w:r w:rsidRPr="00C651D0">
        <w:rPr>
          <w:color w:val="232323"/>
          <w:sz w:val="21"/>
          <w:lang w:val="es-MX"/>
        </w:rPr>
        <w:t xml:space="preserve">: Aguascalientes, </w:t>
      </w:r>
      <w:proofErr w:type="spellStart"/>
      <w:r w:rsidRPr="00C651D0">
        <w:rPr>
          <w:color w:val="232323"/>
          <w:sz w:val="21"/>
          <w:lang w:val="es-MX"/>
        </w:rPr>
        <w:t>Mexico</w:t>
      </w:r>
      <w:proofErr w:type="spellEnd"/>
      <w:r w:rsidRPr="00C651D0">
        <w:rPr>
          <w:color w:val="232323"/>
          <w:sz w:val="21"/>
          <w:lang w:val="es-MX"/>
        </w:rPr>
        <w:br/>
      </w:r>
      <w:proofErr w:type="spellStart"/>
      <w:r>
        <w:rPr>
          <w:color w:val="232323"/>
          <w:sz w:val="21"/>
        </w:rPr>
        <w:t>メール</w:t>
      </w:r>
      <w:proofErr w:type="spellEnd"/>
      <w:r w:rsidRPr="00C651D0">
        <w:rPr>
          <w:color w:val="232323"/>
          <w:sz w:val="21"/>
          <w:lang w:val="es-MX"/>
        </w:rPr>
        <w:t>: protocem@hotmail.com</w:t>
      </w:r>
      <w:r w:rsidRPr="00C651D0">
        <w:rPr>
          <w:color w:val="232323"/>
          <w:sz w:val="21"/>
          <w:lang w:val="es-MX"/>
        </w:rPr>
        <w:br/>
      </w:r>
      <w:proofErr w:type="spellStart"/>
      <w:r>
        <w:rPr>
          <w:color w:val="232323"/>
          <w:sz w:val="21"/>
        </w:rPr>
        <w:t>電話番号</w:t>
      </w:r>
      <w:proofErr w:type="spellEnd"/>
      <w:r w:rsidRPr="00C651D0">
        <w:rPr>
          <w:color w:val="232323"/>
          <w:sz w:val="21"/>
          <w:lang w:val="es-MX"/>
        </w:rPr>
        <w:t>: +52 449-137-29-71</w:t>
      </w:r>
    </w:p>
    <w:sectPr w:rsidR="00586820" w:rsidRPr="00C651D0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3124997">
    <w:abstractNumId w:val="8"/>
  </w:num>
  <w:num w:numId="2" w16cid:durableId="1489202461">
    <w:abstractNumId w:val="6"/>
  </w:num>
  <w:num w:numId="3" w16cid:durableId="1578516545">
    <w:abstractNumId w:val="5"/>
  </w:num>
  <w:num w:numId="4" w16cid:durableId="577400172">
    <w:abstractNumId w:val="4"/>
  </w:num>
  <w:num w:numId="5" w16cid:durableId="430584226">
    <w:abstractNumId w:val="7"/>
  </w:num>
  <w:num w:numId="6" w16cid:durableId="106392758">
    <w:abstractNumId w:val="3"/>
  </w:num>
  <w:num w:numId="7" w16cid:durableId="215819099">
    <w:abstractNumId w:val="2"/>
  </w:num>
  <w:num w:numId="8" w16cid:durableId="1325930837">
    <w:abstractNumId w:val="1"/>
  </w:num>
  <w:num w:numId="9" w16cid:durableId="141165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571C"/>
    <w:rsid w:val="00586820"/>
    <w:rsid w:val="00AA1D8D"/>
    <w:rsid w:val="00B47730"/>
    <w:rsid w:val="00C651D0"/>
    <w:rsid w:val="00CB0664"/>
    <w:rsid w:val="00DD2741"/>
    <w:rsid w:val="00F630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77FE8A"/>
  <w14:defaultImageDpi w14:val="300"/>
  <w15:docId w15:val="{3F528F42-1A1D-4D0E-A199-A8013C4D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pn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149" Type="http://schemas.openxmlformats.org/officeDocument/2006/relationships/image" Target="media/image144.jpeg"/><Relationship Id="rId5" Type="http://schemas.openxmlformats.org/officeDocument/2006/relationships/webSettings" Target="webSettings.xml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55" Type="http://schemas.openxmlformats.org/officeDocument/2006/relationships/fontTable" Target="fontTable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png"/><Relationship Id="rId145" Type="http://schemas.openxmlformats.org/officeDocument/2006/relationships/image" Target="media/image14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pn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51" Type="http://schemas.openxmlformats.org/officeDocument/2006/relationships/image" Target="media/image146.jpeg"/><Relationship Id="rId156" Type="http://schemas.openxmlformats.org/officeDocument/2006/relationships/theme" Target="theme/theme1.xm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pn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76" Type="http://schemas.openxmlformats.org/officeDocument/2006/relationships/image" Target="media/image71.jpe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png"/><Relationship Id="rId110" Type="http://schemas.openxmlformats.org/officeDocument/2006/relationships/image" Target="media/image105.jpeg"/><Relationship Id="rId115" Type="http://schemas.openxmlformats.org/officeDocument/2006/relationships/image" Target="media/image110.pn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61" Type="http://schemas.openxmlformats.org/officeDocument/2006/relationships/image" Target="media/image56.jpe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pn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pn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pn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pn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image" Target="media/image21.jpeg"/><Relationship Id="rId47" Type="http://schemas.openxmlformats.org/officeDocument/2006/relationships/image" Target="media/image42.jpe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png"/><Relationship Id="rId133" Type="http://schemas.openxmlformats.org/officeDocument/2006/relationships/image" Target="media/image128.jpeg"/><Relationship Id="rId154" Type="http://schemas.openxmlformats.org/officeDocument/2006/relationships/image" Target="media/image149.jpeg"/><Relationship Id="rId16" Type="http://schemas.openxmlformats.org/officeDocument/2006/relationships/image" Target="media/image11.jpeg"/><Relationship Id="rId37" Type="http://schemas.openxmlformats.org/officeDocument/2006/relationships/image" Target="media/image32.jpeg"/><Relationship Id="rId58" Type="http://schemas.openxmlformats.org/officeDocument/2006/relationships/image" Target="media/image53.pn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44" Type="http://schemas.openxmlformats.org/officeDocument/2006/relationships/image" Target="media/image139.png"/><Relationship Id="rId90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93</Pages>
  <Words>1953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 Gonzalez Mata</cp:lastModifiedBy>
  <cp:revision>3</cp:revision>
  <dcterms:created xsi:type="dcterms:W3CDTF">2013-12-23T23:15:00Z</dcterms:created>
  <dcterms:modified xsi:type="dcterms:W3CDTF">2026-09-26T14:40:00Z</dcterms:modified>
  <cp:category/>
</cp:coreProperties>
</file>